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38C8B2" w14:textId="77777777" w:rsidR="00B24C58" w:rsidRDefault="004004F9">
      <w:pPr>
        <w:pStyle w:val="Title"/>
        <w:jc w:val="center"/>
      </w:pPr>
      <w:r>
        <w:t>Jessica Parzanese</w:t>
      </w:r>
    </w:p>
    <w:p w14:paraId="1A780ED0" w14:textId="77777777" w:rsidR="00B24C58" w:rsidRDefault="004004F9">
      <w:pPr>
        <w:jc w:val="center"/>
      </w:pPr>
      <w:r>
        <w:t>Melbourne, FL 32935 | (321) 586-9023 | mrsjessicap1@gmail.com</w:t>
      </w:r>
    </w:p>
    <w:p w14:paraId="0ADCF33E" w14:textId="39EFE60E" w:rsidR="00B24C58" w:rsidRDefault="004004F9">
      <w:pPr>
        <w:jc w:val="center"/>
      </w:pPr>
      <w:r>
        <w:t xml:space="preserve">LinkedIn: </w:t>
      </w:r>
      <w:r w:rsidR="00E8788E" w:rsidRPr="00E8788E">
        <w:t>https://www.linkedin.com/in/jessica-parzanese-b620a049/</w:t>
      </w:r>
    </w:p>
    <w:p w14:paraId="596C5568" w14:textId="77777777" w:rsidR="00B24C58" w:rsidRDefault="00B24C58"/>
    <w:p w14:paraId="2C15665A" w14:textId="77777777" w:rsidR="00B24C58" w:rsidRDefault="004004F9">
      <w:pPr>
        <w:pStyle w:val="Heading1"/>
      </w:pPr>
      <w:r>
        <w:t>Professional Summary</w:t>
      </w:r>
    </w:p>
    <w:p w14:paraId="4C044FEE" w14:textId="77777777" w:rsidR="00B24C58" w:rsidRDefault="004004F9">
      <w:r>
        <w:t>Results-driven Senior Manager with 13+ years in the software industry leading Professional Services teams. Proven success in driving process improvement, project delivery, and customer satisfaction across mid-market to enterprise environments. Skilled in team leadership, change management, and cross-functional collaboration to deliver scalable solutions that meet client and organizational goals.</w:t>
      </w:r>
    </w:p>
    <w:p w14:paraId="5C7B3101" w14:textId="77777777" w:rsidR="00B24C58" w:rsidRDefault="004004F9">
      <w:pPr>
        <w:pStyle w:val="Heading1"/>
      </w:pPr>
      <w:r>
        <w:t>Core Competencies</w:t>
      </w:r>
    </w:p>
    <w:p w14:paraId="7D13E181" w14:textId="77777777" w:rsidR="00B24C58" w:rsidRDefault="004004F9">
      <w:r>
        <w:t>Project &amp; Program Management | Professional Services Leadership | Change Management | Process Improvement | ERP Implementation | Salesforce | Certinia | Resource Planning | Budget &amp; Risk Management | Client Relationship Management | Pre-Sales Support | Cross-Functional Team Leadership</w:t>
      </w:r>
    </w:p>
    <w:p w14:paraId="7EBF1283" w14:textId="77777777" w:rsidR="00B24C58" w:rsidRDefault="004004F9">
      <w:pPr>
        <w:pStyle w:val="Heading1"/>
      </w:pPr>
      <w:r>
        <w:t>Professional Experience</w:t>
      </w:r>
    </w:p>
    <w:p w14:paraId="03362727" w14:textId="77777777" w:rsidR="00B24C58" w:rsidRDefault="004004F9">
      <w:pPr>
        <w:pStyle w:val="ListBullet"/>
      </w:pPr>
      <w:r>
        <w:t>Epicor Software Corporation (Remote)</w:t>
      </w:r>
    </w:p>
    <w:p w14:paraId="4F88A483" w14:textId="77777777" w:rsidR="00B24C58" w:rsidRDefault="004004F9">
      <w:r>
        <w:t>Senior Manager, Professional Services | Oct 2021 – Present</w:t>
      </w:r>
    </w:p>
    <w:p w14:paraId="481C08EA" w14:textId="77777777" w:rsidR="00B24C58" w:rsidRDefault="004004F9">
      <w:r>
        <w:t>- Lead a team of 16 including Project Managers, Consultants, and Pre-Sales professionals delivering enterprise software solutions.</w:t>
      </w:r>
      <w:r>
        <w:br/>
        <w:t>- Oversee project resourcing, steering committees, and client engagement throughout requirements and delivery phases.</w:t>
      </w:r>
      <w:r>
        <w:br/>
        <w:t>- Collaborate with sales to define project budgets and scopes for prospective customers.</w:t>
      </w:r>
      <w:r>
        <w:br/>
        <w:t>- Spearhead internal implementation of Professional Services Automation (PSA) tools to streamline processes and enhance efficiency.</w:t>
      </w:r>
      <w:r>
        <w:br/>
        <w:t>- Conduct presentations and demos for prospective clients to support sales and solution alignment.</w:t>
      </w:r>
    </w:p>
    <w:p w14:paraId="768EC2E2" w14:textId="77777777" w:rsidR="00B24C58" w:rsidRDefault="004004F9">
      <w:r>
        <w:t>Senior Project Manager | Jun 2019 – Oct 2021</w:t>
      </w:r>
    </w:p>
    <w:p w14:paraId="5DD75C0C" w14:textId="77777777" w:rsidR="00B24C58" w:rsidRDefault="004004F9">
      <w:r>
        <w:t>- Managed mid-market to enterprise-level ERP projects within the Lumber and Building Materials industry.</w:t>
      </w:r>
      <w:r>
        <w:br/>
      </w:r>
      <w:r>
        <w:lastRenderedPageBreak/>
        <w:t>- Oversaw full project lifecycle including scheduling, budgeting, and risk management.</w:t>
      </w:r>
      <w:r>
        <w:br/>
        <w:t>- Directed POS systems integrations, ACH payment solutions, and third-party software connections.</w:t>
      </w:r>
    </w:p>
    <w:p w14:paraId="29F3339E" w14:textId="77777777" w:rsidR="00B24C58" w:rsidRDefault="004004F9">
      <w:pPr>
        <w:pStyle w:val="ListBullet"/>
      </w:pPr>
      <w:r>
        <w:t>Business Information Group (Remote)</w:t>
      </w:r>
    </w:p>
    <w:p w14:paraId="72100684" w14:textId="77777777" w:rsidR="00B24C58" w:rsidRDefault="004004F9">
      <w:r>
        <w:t>Project Manager / PMO Lead | Feb 2017 – Jun 2019</w:t>
      </w:r>
    </w:p>
    <w:p w14:paraId="6BD6F926" w14:textId="77777777" w:rsidR="00B24C58" w:rsidRDefault="004004F9">
      <w:r>
        <w:t>- Managed diverse IT and software implementation projects spanning wireless, networking, and development.</w:t>
      </w:r>
      <w:r>
        <w:br/>
        <w:t>- Established and led a new Project Management Office (PMO) with three Project Managers and a project coordinator.</w:t>
      </w:r>
      <w:r>
        <w:br/>
        <w:t>- Developed and streamlined client and internal documentation, improving process efficiency and consistency.</w:t>
      </w:r>
    </w:p>
    <w:p w14:paraId="3121291B" w14:textId="77777777" w:rsidR="00B24C58" w:rsidRDefault="004004F9">
      <w:pPr>
        <w:pStyle w:val="ListBullet"/>
      </w:pPr>
      <w:r>
        <w:t>Viewpoint Construction Software (Remote)</w:t>
      </w:r>
    </w:p>
    <w:p w14:paraId="6032C5DA" w14:textId="77777777" w:rsidR="00B24C58" w:rsidRDefault="004004F9">
      <w:r>
        <w:t>Engagement Manager / Project Executive / Project Manager | Jun 2012 – Feb 2017</w:t>
      </w:r>
    </w:p>
    <w:p w14:paraId="16DD1C42" w14:textId="77777777" w:rsidR="00B24C58" w:rsidRDefault="004004F9">
      <w:r>
        <w:t>- Managed full-cycle software implementation projects for mid-market to enterprise clients.</w:t>
      </w:r>
      <w:r>
        <w:br/>
        <w:t>- Supervised a team of three Project Managers, conducted weekly reviews, and handled escalations.</w:t>
      </w:r>
      <w:r>
        <w:br/>
        <w:t>- Created SOWs, estimates, and implementation plans to support sales and delivery functions.</w:t>
      </w:r>
      <w:r>
        <w:br/>
        <w:t>- Led process improvement initiatives to enhance internal operations and client delivery outcomes.</w:t>
      </w:r>
    </w:p>
    <w:p w14:paraId="3B91BE35" w14:textId="77777777" w:rsidR="00B24C58" w:rsidRDefault="004004F9">
      <w:pPr>
        <w:pStyle w:val="Heading1"/>
      </w:pPr>
      <w:r>
        <w:t>Education</w:t>
      </w:r>
    </w:p>
    <w:p w14:paraId="613AD3DD" w14:textId="77777777" w:rsidR="00B24C58" w:rsidRDefault="004004F9">
      <w:r>
        <w:t>American Intercontinental University (Virtual Campus)</w:t>
      </w:r>
    </w:p>
    <w:p w14:paraId="28DEB29B" w14:textId="77777777" w:rsidR="00B24C58" w:rsidRDefault="004004F9">
      <w:r>
        <w:t>Bachelor’s Degree in Project Management</w:t>
      </w:r>
    </w:p>
    <w:p w14:paraId="0276BEAD" w14:textId="77777777" w:rsidR="00B24C58" w:rsidRDefault="004004F9">
      <w:r>
        <w:t>Graduated Summa Cum Laude (GPA: 3.97)</w:t>
      </w:r>
    </w:p>
    <w:p w14:paraId="207DA893" w14:textId="77777777" w:rsidR="00B24C58" w:rsidRDefault="004004F9">
      <w:pPr>
        <w:pStyle w:val="Heading1"/>
      </w:pPr>
      <w:r>
        <w:t>Presentations &amp; Communication</w:t>
      </w:r>
    </w:p>
    <w:p w14:paraId="0FB8CBF3" w14:textId="77777777" w:rsidR="00B24C58" w:rsidRDefault="004004F9">
      <w:r>
        <w:t>- Presented at user conferences, internal workshops, and process summits (audiences 20–200).</w:t>
      </w:r>
      <w:r>
        <w:br/>
        <w:t>- Delivered sessions on Change Management, Process Improvement, and Project Management best practices.</w:t>
      </w:r>
    </w:p>
    <w:p w14:paraId="3F74EAC4" w14:textId="77777777" w:rsidR="00B24C58" w:rsidRDefault="004004F9">
      <w:pPr>
        <w:pStyle w:val="Heading1"/>
      </w:pPr>
      <w:r>
        <w:t>Technical Skills</w:t>
      </w:r>
    </w:p>
    <w:p w14:paraId="035F319B" w14:textId="77777777" w:rsidR="00B24C58" w:rsidRDefault="004004F9">
      <w:r>
        <w:t>Microsoft Office Suite | Salesforce | Certinia | ERP Systems | PSA Tools | Project Scheduling Tools</w:t>
      </w:r>
    </w:p>
    <w:sectPr w:rsidR="00B24C5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83642245">
    <w:abstractNumId w:val="8"/>
  </w:num>
  <w:num w:numId="2" w16cid:durableId="2096049489">
    <w:abstractNumId w:val="6"/>
  </w:num>
  <w:num w:numId="3" w16cid:durableId="814684597">
    <w:abstractNumId w:val="5"/>
  </w:num>
  <w:num w:numId="4" w16cid:durableId="437143052">
    <w:abstractNumId w:val="4"/>
  </w:num>
  <w:num w:numId="5" w16cid:durableId="2129623430">
    <w:abstractNumId w:val="7"/>
  </w:num>
  <w:num w:numId="6" w16cid:durableId="1335185410">
    <w:abstractNumId w:val="3"/>
  </w:num>
  <w:num w:numId="7" w16cid:durableId="300812501">
    <w:abstractNumId w:val="2"/>
  </w:num>
  <w:num w:numId="8" w16cid:durableId="2052724099">
    <w:abstractNumId w:val="1"/>
  </w:num>
  <w:num w:numId="9" w16cid:durableId="6143609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004F9"/>
    <w:rsid w:val="00AA1D8D"/>
    <w:rsid w:val="00B24C58"/>
    <w:rsid w:val="00B47730"/>
    <w:rsid w:val="00CB0664"/>
    <w:rsid w:val="00E8788E"/>
    <w:rsid w:val="00EC18D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8DCF0E"/>
  <w14:defaultImageDpi w14:val="300"/>
  <w15:docId w15:val="{E1CFF87B-47C4-47B6-8F6E-35A5BC75B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436</Words>
  <Characters>2861</Characters>
  <Application>Microsoft Office Word</Application>
  <DocSecurity>0</DocSecurity>
  <Lines>60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3266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Jessica Parzanese</cp:lastModifiedBy>
  <cp:revision>2</cp:revision>
  <dcterms:created xsi:type="dcterms:W3CDTF">2025-11-03T22:21:00Z</dcterms:created>
  <dcterms:modified xsi:type="dcterms:W3CDTF">2025-11-03T22:21:00Z</dcterms:modified>
  <cp:category/>
</cp:coreProperties>
</file>