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47BC8" w14:textId="77777777" w:rsidR="001D04E3" w:rsidRDefault="00A50449" w:rsidP="00FF0BD3">
      <w:pPr>
        <w:spacing w:line="240" w:lineRule="auto"/>
        <w:contextualSpacing/>
        <w:jc w:val="center"/>
      </w:pPr>
      <w:r>
        <w:rPr>
          <w:b/>
          <w:sz w:val="28"/>
        </w:rPr>
        <w:t xml:space="preserve">Remi F. </w:t>
      </w:r>
      <w:proofErr w:type="spellStart"/>
      <w:r>
        <w:rPr>
          <w:b/>
          <w:sz w:val="28"/>
        </w:rPr>
        <w:t>Kola-Ogunbule</w:t>
      </w:r>
      <w:proofErr w:type="spellEnd"/>
    </w:p>
    <w:p w14:paraId="7F7D847D" w14:textId="3FA6C4F6" w:rsidR="001D04E3" w:rsidRDefault="004813FE" w:rsidP="00FF0BD3">
      <w:pPr>
        <w:spacing w:line="240" w:lineRule="auto"/>
        <w:contextualSpacing/>
      </w:pPr>
      <w:r>
        <w:rPr>
          <w:color w:val="000000"/>
        </w:rPr>
        <w:t xml:space="preserve">                  </w:t>
      </w:r>
      <w:r w:rsidR="00A50449">
        <w:rPr>
          <w:color w:val="000000"/>
        </w:rPr>
        <w:t xml:space="preserve">Atlanta, GA 30344 | (404) 323-9040 </w:t>
      </w:r>
    </w:p>
    <w:p w14:paraId="0D50B1A4" w14:textId="174A861A" w:rsidR="001D04E3" w:rsidRDefault="004813FE" w:rsidP="00FF0BD3">
      <w:pPr>
        <w:spacing w:line="240" w:lineRule="auto"/>
        <w:contextualSpacing/>
        <w:rPr>
          <w:color w:val="000000"/>
        </w:rPr>
      </w:pPr>
      <w:r>
        <w:rPr>
          <w:color w:val="000000"/>
        </w:rPr>
        <w:t xml:space="preserve">                    </w:t>
      </w:r>
      <w:r w:rsidR="00A50449">
        <w:rPr>
          <w:color w:val="000000"/>
        </w:rPr>
        <w:t xml:space="preserve">Email: </w:t>
      </w:r>
      <w:hyperlink r:id="rId6" w:history="1">
        <w:r w:rsidR="00FF0BD3" w:rsidRPr="00C12DC6">
          <w:rPr>
            <w:rStyle w:val="Hyperlink"/>
          </w:rPr>
          <w:t>Stephrem@yahoo.com</w:t>
        </w:r>
      </w:hyperlink>
    </w:p>
    <w:p w14:paraId="78DB9194" w14:textId="77777777" w:rsidR="00FF0BD3" w:rsidRDefault="00FF0BD3" w:rsidP="00FF0BD3">
      <w:pPr>
        <w:spacing w:line="240" w:lineRule="auto"/>
        <w:contextualSpacing/>
      </w:pPr>
    </w:p>
    <w:p w14:paraId="6BBB885D" w14:textId="77777777" w:rsidR="001D04E3" w:rsidRDefault="00A50449" w:rsidP="00FF0BD3">
      <w:pPr>
        <w:spacing w:line="240" w:lineRule="auto"/>
        <w:contextualSpacing/>
      </w:pPr>
      <w:r>
        <w:rPr>
          <w:b/>
          <w:sz w:val="24"/>
        </w:rPr>
        <w:t>Professional Summary</w:t>
      </w:r>
    </w:p>
    <w:p w14:paraId="146B42F0" w14:textId="58233B68" w:rsidR="001D04E3" w:rsidRDefault="00A50449" w:rsidP="00FF0BD3">
      <w:pPr>
        <w:spacing w:line="240" w:lineRule="auto"/>
        <w:contextualSpacing/>
        <w:rPr>
          <w:color w:val="000000"/>
        </w:rPr>
      </w:pPr>
      <w:r>
        <w:rPr>
          <w:color w:val="000000"/>
        </w:rPr>
        <w:t xml:space="preserve">IT Project Management and Digital Logistics Specialist with expertise in network support, ERP systems, quality assurance, and process automation. Skilled in integrating technology solutions into logistics workflows to enhance accuracy, efficiency, and compliance across global supply chains. Adept at leveraging information systems to streamline operations, </w:t>
      </w:r>
      <w:r w:rsidR="009F4ED0">
        <w:rPr>
          <w:color w:val="000000"/>
        </w:rPr>
        <w:t>Bus</w:t>
      </w:r>
      <w:r w:rsidR="0009004C">
        <w:rPr>
          <w:color w:val="000000"/>
        </w:rPr>
        <w:t>iness Operation Analysis</w:t>
      </w:r>
      <w:r w:rsidR="00F117D1">
        <w:rPr>
          <w:color w:val="000000"/>
        </w:rPr>
        <w:t xml:space="preserve"> to sustain and </w:t>
      </w:r>
      <w:r>
        <w:rPr>
          <w:color w:val="000000"/>
        </w:rPr>
        <w:t>support inventory integrity, and deliver measurable improvements</w:t>
      </w:r>
      <w:r w:rsidR="009B3543">
        <w:rPr>
          <w:color w:val="000000"/>
        </w:rPr>
        <w:t xml:space="preserve"> to enhance Sales</w:t>
      </w:r>
    </w:p>
    <w:p w14:paraId="34B4D31B" w14:textId="77777777" w:rsidR="00FF0BD3" w:rsidRDefault="00FF0BD3" w:rsidP="00FF0BD3">
      <w:pPr>
        <w:spacing w:line="240" w:lineRule="auto"/>
        <w:contextualSpacing/>
      </w:pPr>
    </w:p>
    <w:p w14:paraId="743C18AD" w14:textId="408B9B89" w:rsidR="00FF0BD3" w:rsidRPr="00FF0BD3" w:rsidRDefault="00A50449" w:rsidP="00FF0BD3">
      <w:pPr>
        <w:spacing w:line="240" w:lineRule="auto"/>
        <w:contextualSpacing/>
        <w:rPr>
          <w:b/>
          <w:sz w:val="24"/>
        </w:rPr>
      </w:pPr>
      <w:r>
        <w:rPr>
          <w:b/>
          <w:sz w:val="24"/>
        </w:rPr>
        <w:t>Core Competencies</w:t>
      </w:r>
    </w:p>
    <w:p w14:paraId="1A8A00FF" w14:textId="77777777" w:rsidR="00DD3987" w:rsidRDefault="00A50449" w:rsidP="00DD3987">
      <w:pPr>
        <w:spacing w:line="240" w:lineRule="auto"/>
        <w:contextualSpacing/>
        <w:rPr>
          <w:color w:val="000000"/>
        </w:rPr>
      </w:pPr>
      <w:r>
        <w:rPr>
          <w:color w:val="000000"/>
        </w:rPr>
        <w:t xml:space="preserve">• IT &amp; Systems: Oracle ERP, SAP, Manhattan WMS, Microsoft Project, SOTI, Epic, Agile, Kanban, Google Suite, Microsoft </w:t>
      </w:r>
      <w:r w:rsidR="00AB3BB7">
        <w:rPr>
          <w:color w:val="000000"/>
        </w:rPr>
        <w:t>Office Suite</w:t>
      </w:r>
      <w:r w:rsidR="00635082">
        <w:rPr>
          <w:color w:val="000000"/>
        </w:rPr>
        <w:t>,</w:t>
      </w:r>
      <w:r w:rsidR="00AB3BB7">
        <w:rPr>
          <w:color w:val="000000"/>
        </w:rPr>
        <w:t xml:space="preserve"> VLOOKUP</w:t>
      </w:r>
      <w:r>
        <w:rPr>
          <w:color w:val="000000"/>
        </w:rPr>
        <w:t xml:space="preserve"> Java, Adobe Acroba</w:t>
      </w:r>
      <w:r w:rsidR="005A505B">
        <w:rPr>
          <w:color w:val="000000"/>
        </w:rPr>
        <w:t>t</w:t>
      </w:r>
      <w:r w:rsidR="003B77BA">
        <w:rPr>
          <w:color w:val="000000"/>
        </w:rPr>
        <w:t>, Microsoft 365</w:t>
      </w:r>
      <w:r w:rsidR="00DB584B">
        <w:rPr>
          <w:color w:val="000000"/>
        </w:rPr>
        <w:t xml:space="preserve">, </w:t>
      </w:r>
      <w:r w:rsidR="00DD3987">
        <w:rPr>
          <w:color w:val="000000"/>
        </w:rPr>
        <w:t>AI Tools, Database Software, Access, and Excel (Spreadsheet)</w:t>
      </w:r>
    </w:p>
    <w:p w14:paraId="04B0C935" w14:textId="3B54FEB8" w:rsidR="00BC45CB" w:rsidRPr="00480B65" w:rsidRDefault="007566C4" w:rsidP="00480B65">
      <w:pPr>
        <w:spacing w:line="240" w:lineRule="auto"/>
        <w:contextualSpacing/>
        <w:rPr>
          <w:color w:val="000000"/>
        </w:rPr>
      </w:pPr>
      <w:r>
        <w:rPr>
          <w:color w:val="000000"/>
        </w:rPr>
        <w:t>•</w:t>
      </w:r>
      <w:r w:rsidR="00A50449" w:rsidRPr="00480B65">
        <w:rPr>
          <w:color w:val="000000"/>
        </w:rPr>
        <w:t>Digital Logistics: Pick/Pack Auditing, Inventory Control, Cycle Counting, ERP-based Process Verification, KPI Tracking, Data Analysis, Quality Contro</w:t>
      </w:r>
      <w:r w:rsidR="005A505B" w:rsidRPr="00480B65">
        <w:rPr>
          <w:color w:val="000000"/>
        </w:rPr>
        <w:t>l</w:t>
      </w:r>
      <w:r w:rsidR="00425E39">
        <w:rPr>
          <w:color w:val="000000"/>
        </w:rPr>
        <w:t xml:space="preserve">, Troubleshooting, Business Analysis, </w:t>
      </w:r>
      <w:r w:rsidR="00084780">
        <w:rPr>
          <w:color w:val="000000"/>
        </w:rPr>
        <w:t>Product Specialist</w:t>
      </w:r>
      <w:r w:rsidR="0046459E">
        <w:rPr>
          <w:color w:val="000000"/>
        </w:rPr>
        <w:t xml:space="preserve">, </w:t>
      </w:r>
      <w:r w:rsidR="00D37497">
        <w:rPr>
          <w:color w:val="000000"/>
        </w:rPr>
        <w:t>and Digital</w:t>
      </w:r>
      <w:r w:rsidR="0046459E">
        <w:rPr>
          <w:color w:val="000000"/>
        </w:rPr>
        <w:t xml:space="preserve"> Sales</w:t>
      </w:r>
    </w:p>
    <w:p w14:paraId="15DF480A" w14:textId="014B30A8" w:rsidR="001D04E3" w:rsidRPr="005E57EA" w:rsidRDefault="00A50449" w:rsidP="00FF0BD3">
      <w:pPr>
        <w:spacing w:line="240" w:lineRule="auto"/>
        <w:contextualSpacing/>
      </w:pPr>
      <w:r>
        <w:rPr>
          <w:color w:val="000000"/>
        </w:rPr>
        <w:t xml:space="preserve">• Equipment: Cherry Picker, Walkies, </w:t>
      </w:r>
      <w:r w:rsidR="007A1B0A">
        <w:rPr>
          <w:color w:val="000000"/>
        </w:rPr>
        <w:t xml:space="preserve">Forklift, </w:t>
      </w:r>
      <w:r>
        <w:rPr>
          <w:color w:val="000000"/>
        </w:rPr>
        <w:t>Pallet Jack, RF Gun</w:t>
      </w:r>
    </w:p>
    <w:p w14:paraId="3CF41CEC" w14:textId="77777777" w:rsidR="00FF0BD3" w:rsidRDefault="00FF0BD3" w:rsidP="00FF0BD3">
      <w:pPr>
        <w:spacing w:line="240" w:lineRule="auto"/>
        <w:contextualSpacing/>
      </w:pPr>
    </w:p>
    <w:p w14:paraId="0FB7CA63" w14:textId="42B6933E" w:rsidR="00705EA7" w:rsidRPr="00705EA7" w:rsidRDefault="00A50449" w:rsidP="00FF0BD3">
      <w:pPr>
        <w:spacing w:line="240" w:lineRule="auto"/>
        <w:contextualSpacing/>
        <w:rPr>
          <w:b/>
          <w:sz w:val="24"/>
        </w:rPr>
      </w:pPr>
      <w:r>
        <w:rPr>
          <w:b/>
          <w:sz w:val="24"/>
        </w:rPr>
        <w:t>Education</w:t>
      </w:r>
    </w:p>
    <w:p w14:paraId="4928F11C" w14:textId="153BD949" w:rsidR="00705EA7" w:rsidRDefault="00705EA7" w:rsidP="00FF0BD3">
      <w:pPr>
        <w:pStyle w:val="ListParagraph"/>
        <w:numPr>
          <w:ilvl w:val="0"/>
          <w:numId w:val="15"/>
        </w:numPr>
        <w:spacing w:line="240" w:lineRule="auto"/>
        <w:rPr>
          <w:color w:val="000000"/>
        </w:rPr>
      </w:pPr>
      <w:r>
        <w:rPr>
          <w:color w:val="000000"/>
        </w:rPr>
        <w:t xml:space="preserve">Atlanta </w:t>
      </w:r>
      <w:r w:rsidR="00D1650A">
        <w:rPr>
          <w:color w:val="000000"/>
        </w:rPr>
        <w:t>Technical College – Business Analytics –</w:t>
      </w:r>
      <w:r w:rsidR="009D4314">
        <w:rPr>
          <w:color w:val="000000"/>
        </w:rPr>
        <w:t xml:space="preserve"> </w:t>
      </w:r>
      <w:r w:rsidR="00596EE8">
        <w:rPr>
          <w:color w:val="000000"/>
        </w:rPr>
        <w:t xml:space="preserve">May </w:t>
      </w:r>
      <w:r w:rsidR="009D4314">
        <w:rPr>
          <w:color w:val="000000"/>
        </w:rPr>
        <w:t>2026</w:t>
      </w:r>
    </w:p>
    <w:p w14:paraId="20E2FFD8" w14:textId="192CF407" w:rsidR="00D12DAE" w:rsidRPr="00D12DAE" w:rsidRDefault="00D12DAE" w:rsidP="00D12DAE">
      <w:pPr>
        <w:pStyle w:val="ListParagraph"/>
        <w:numPr>
          <w:ilvl w:val="0"/>
          <w:numId w:val="15"/>
        </w:numPr>
        <w:spacing w:line="240" w:lineRule="auto"/>
        <w:rPr>
          <w:color w:val="000000"/>
        </w:rPr>
      </w:pPr>
      <w:r>
        <w:rPr>
          <w:color w:val="000000"/>
        </w:rPr>
        <w:t>Atlanta Technical College - Information Systems Concepts – Dec 2025</w:t>
      </w:r>
    </w:p>
    <w:p w14:paraId="008025E8" w14:textId="18DBF3E9" w:rsidR="00FC16A9" w:rsidRDefault="00FC16A9" w:rsidP="00FF0BD3">
      <w:pPr>
        <w:pStyle w:val="ListParagraph"/>
        <w:numPr>
          <w:ilvl w:val="0"/>
          <w:numId w:val="15"/>
        </w:numPr>
        <w:spacing w:line="240" w:lineRule="auto"/>
        <w:rPr>
          <w:color w:val="000000"/>
        </w:rPr>
      </w:pPr>
      <w:r w:rsidRPr="00FC16A9">
        <w:rPr>
          <w:color w:val="000000"/>
        </w:rPr>
        <w:t xml:space="preserve">Atlanta Technical College – Help Desk Specialist – </w:t>
      </w:r>
      <w:r w:rsidR="00705EA7">
        <w:rPr>
          <w:color w:val="000000"/>
        </w:rPr>
        <w:t>Dec 2025</w:t>
      </w:r>
    </w:p>
    <w:p w14:paraId="56AD2E0D" w14:textId="77777777" w:rsidR="00FC16A9" w:rsidRDefault="00A50449" w:rsidP="00FF0BD3">
      <w:pPr>
        <w:pStyle w:val="ListParagraph"/>
        <w:numPr>
          <w:ilvl w:val="0"/>
          <w:numId w:val="15"/>
        </w:numPr>
        <w:spacing w:line="240" w:lineRule="auto"/>
        <w:rPr>
          <w:color w:val="000000"/>
        </w:rPr>
      </w:pPr>
      <w:r w:rsidRPr="00FC16A9">
        <w:rPr>
          <w:color w:val="000000"/>
        </w:rPr>
        <w:t>Atlanta Technical College – Network Support Specialist – May 2025</w:t>
      </w:r>
    </w:p>
    <w:p w14:paraId="16F16E06" w14:textId="6DE0AD68" w:rsidR="00A47225" w:rsidRDefault="00527D94" w:rsidP="00A47225">
      <w:pPr>
        <w:pStyle w:val="ListParagraph"/>
        <w:numPr>
          <w:ilvl w:val="0"/>
          <w:numId w:val="15"/>
        </w:numPr>
        <w:spacing w:line="240" w:lineRule="auto"/>
        <w:rPr>
          <w:color w:val="000000"/>
        </w:rPr>
      </w:pPr>
      <w:r>
        <w:rPr>
          <w:color w:val="000000"/>
        </w:rPr>
        <w:t>Project Managemen</w:t>
      </w:r>
      <w:r w:rsidR="00A47225">
        <w:rPr>
          <w:color w:val="000000"/>
        </w:rPr>
        <w:t>t</w:t>
      </w:r>
      <w:r w:rsidR="00166D87">
        <w:rPr>
          <w:color w:val="000000"/>
        </w:rPr>
        <w:t xml:space="preserve"> Institute </w:t>
      </w:r>
      <w:r w:rsidR="006C468F">
        <w:rPr>
          <w:color w:val="000000"/>
        </w:rPr>
        <w:t xml:space="preserve">– Certificate – PMP Preparation </w:t>
      </w:r>
      <w:r w:rsidR="00C4395A">
        <w:rPr>
          <w:color w:val="000000"/>
        </w:rPr>
        <w:t>Training - May 2020</w:t>
      </w:r>
    </w:p>
    <w:p w14:paraId="013BB2EC" w14:textId="5573C29E" w:rsidR="008D7183" w:rsidRPr="001176F8" w:rsidRDefault="002734B2" w:rsidP="001176F8">
      <w:pPr>
        <w:pStyle w:val="ListParagraph"/>
        <w:numPr>
          <w:ilvl w:val="0"/>
          <w:numId w:val="15"/>
        </w:numPr>
        <w:spacing w:line="240" w:lineRule="auto"/>
        <w:rPr>
          <w:color w:val="000000"/>
        </w:rPr>
      </w:pPr>
      <w:r w:rsidRPr="00A47225">
        <w:rPr>
          <w:color w:val="000000"/>
        </w:rPr>
        <w:t>Project</w:t>
      </w:r>
      <w:r w:rsidRPr="00A47225">
        <w:rPr>
          <w:color w:val="000000"/>
          <w:u w:val="single"/>
        </w:rPr>
        <w:t xml:space="preserve"> </w:t>
      </w:r>
      <w:r w:rsidRPr="00A47225">
        <w:rPr>
          <w:color w:val="000000"/>
        </w:rPr>
        <w:t>Management</w:t>
      </w:r>
      <w:r w:rsidR="00E04DE9" w:rsidRPr="00A47225">
        <w:rPr>
          <w:color w:val="000000"/>
        </w:rPr>
        <w:t xml:space="preserve"> Institute</w:t>
      </w:r>
      <w:r w:rsidR="004329F8" w:rsidRPr="00A47225">
        <w:rPr>
          <w:color w:val="000000"/>
        </w:rPr>
        <w:t xml:space="preserve"> – Agile</w:t>
      </w:r>
      <w:r w:rsidR="00194B4F" w:rsidRPr="00A47225">
        <w:rPr>
          <w:color w:val="000000"/>
        </w:rPr>
        <w:t xml:space="preserve"> </w:t>
      </w:r>
      <w:r w:rsidR="00B30F40" w:rsidRPr="00A47225">
        <w:rPr>
          <w:color w:val="000000"/>
        </w:rPr>
        <w:t xml:space="preserve">– Kanban Training – May </w:t>
      </w:r>
      <w:r w:rsidR="00527D94" w:rsidRPr="00A47225">
        <w:rPr>
          <w:color w:val="000000"/>
        </w:rPr>
        <w:t>2020</w:t>
      </w:r>
    </w:p>
    <w:p w14:paraId="0B396875" w14:textId="1A915D95" w:rsidR="00FC16A9" w:rsidRPr="00757C89" w:rsidRDefault="00A50449" w:rsidP="00757C89">
      <w:pPr>
        <w:pStyle w:val="ListParagraph"/>
        <w:numPr>
          <w:ilvl w:val="0"/>
          <w:numId w:val="15"/>
        </w:numPr>
        <w:spacing w:line="240" w:lineRule="auto"/>
        <w:rPr>
          <w:color w:val="000000"/>
        </w:rPr>
      </w:pPr>
      <w:r w:rsidRPr="00FC16A9">
        <w:rPr>
          <w:color w:val="000000"/>
        </w:rPr>
        <w:t>Strayer University – Graduate Certificate in Business Administration – Dec 2010</w:t>
      </w:r>
    </w:p>
    <w:p w14:paraId="6ACF3293" w14:textId="432F5E17" w:rsidR="001D04E3" w:rsidRPr="00FC16A9" w:rsidRDefault="00A50449" w:rsidP="00FF0BD3">
      <w:pPr>
        <w:pStyle w:val="ListParagraph"/>
        <w:numPr>
          <w:ilvl w:val="0"/>
          <w:numId w:val="15"/>
        </w:numPr>
        <w:spacing w:line="240" w:lineRule="auto"/>
        <w:rPr>
          <w:color w:val="000000"/>
        </w:rPr>
      </w:pPr>
      <w:r w:rsidRPr="00FC16A9">
        <w:rPr>
          <w:color w:val="000000"/>
        </w:rPr>
        <w:t>Trident Technical College – Diploma in Medical Assisting (CMA) – May 2003</w:t>
      </w:r>
    </w:p>
    <w:p w14:paraId="068300D1" w14:textId="0ABB4FD6" w:rsidR="00DB21ED" w:rsidRDefault="00A50449" w:rsidP="00FF0BD3">
      <w:pPr>
        <w:spacing w:line="240" w:lineRule="auto"/>
        <w:contextualSpacing/>
        <w:rPr>
          <w:b/>
          <w:sz w:val="24"/>
        </w:rPr>
      </w:pPr>
      <w:r>
        <w:rPr>
          <w:b/>
          <w:sz w:val="24"/>
        </w:rPr>
        <w:t>Professional Experience</w:t>
      </w:r>
    </w:p>
    <w:p w14:paraId="306F2D9D" w14:textId="77777777" w:rsidR="007317F0" w:rsidRDefault="007317F0" w:rsidP="007317F0">
      <w:pPr>
        <w:spacing w:line="240" w:lineRule="auto"/>
        <w:contextualSpacing/>
        <w:rPr>
          <w:rFonts w:ascii="Cambria" w:hAnsi="Cambria"/>
          <w:b/>
          <w:sz w:val="24"/>
          <w:szCs w:val="24"/>
        </w:rPr>
      </w:pPr>
      <w:r w:rsidRPr="006C2894">
        <w:rPr>
          <w:rFonts w:ascii="Cambria" w:hAnsi="Cambria"/>
          <w:b/>
          <w:sz w:val="24"/>
          <w:szCs w:val="24"/>
        </w:rPr>
        <w:t>04/2026 – Present</w:t>
      </w:r>
      <w:r w:rsidRPr="006C2894">
        <w:rPr>
          <w:rFonts w:ascii="Cambria" w:hAnsi="Cambria"/>
          <w:b/>
          <w:sz w:val="24"/>
          <w:szCs w:val="24"/>
        </w:rPr>
        <w:tab/>
      </w:r>
      <w:r>
        <w:rPr>
          <w:rFonts w:ascii="Cambria" w:hAnsi="Cambria"/>
          <w:b/>
          <w:sz w:val="24"/>
          <w:szCs w:val="24"/>
        </w:rPr>
        <w:t>HOME DEPOT</w:t>
      </w:r>
      <w:r w:rsidRPr="006C2894">
        <w:rPr>
          <w:rFonts w:ascii="Cambria" w:hAnsi="Cambria"/>
          <w:b/>
          <w:sz w:val="24"/>
          <w:szCs w:val="24"/>
        </w:rPr>
        <w:t>, Atlanta, Georgia</w:t>
      </w:r>
    </w:p>
    <w:p w14:paraId="3435A977" w14:textId="77777777" w:rsidR="007317F0" w:rsidRPr="00C61FE4" w:rsidRDefault="007317F0" w:rsidP="007317F0">
      <w:pPr>
        <w:spacing w:line="240" w:lineRule="auto"/>
        <w:contextualSpacing/>
        <w:rPr>
          <w:rFonts w:ascii="Cambria" w:hAnsi="Cambria"/>
          <w:bCs/>
          <w:i/>
          <w:iCs/>
          <w:sz w:val="24"/>
          <w:szCs w:val="24"/>
        </w:rPr>
      </w:pPr>
      <w:r>
        <w:rPr>
          <w:rFonts w:ascii="Cambria" w:hAnsi="Cambria"/>
          <w:bCs/>
          <w:i/>
          <w:iCs/>
          <w:sz w:val="24"/>
          <w:szCs w:val="24"/>
        </w:rPr>
        <w:t>Logistic Specialist</w:t>
      </w:r>
    </w:p>
    <w:p w14:paraId="09B3145F" w14:textId="77777777" w:rsidR="007317F0" w:rsidRPr="004A6D14" w:rsidRDefault="007317F0" w:rsidP="007317F0">
      <w:pPr>
        <w:pStyle w:val="ListParagraph"/>
        <w:numPr>
          <w:ilvl w:val="0"/>
          <w:numId w:val="29"/>
        </w:numPr>
        <w:spacing w:line="240" w:lineRule="auto"/>
        <w:rPr>
          <w:rFonts w:ascii="Cambria" w:hAnsi="Cambria"/>
          <w:bCs/>
          <w:sz w:val="24"/>
          <w:szCs w:val="24"/>
        </w:rPr>
      </w:pPr>
      <w:r w:rsidRPr="004A6D14">
        <w:rPr>
          <w:rFonts w:ascii="Cambria" w:hAnsi="Cambria"/>
          <w:bCs/>
          <w:sz w:val="24"/>
          <w:szCs w:val="24"/>
        </w:rPr>
        <w:t>Process customers’ online orders in Order up and WMS (Warehouse Management System)</w:t>
      </w:r>
    </w:p>
    <w:p w14:paraId="362147B2" w14:textId="77777777" w:rsidR="007317F0" w:rsidRPr="004A6D14" w:rsidRDefault="007317F0" w:rsidP="007317F0">
      <w:pPr>
        <w:pStyle w:val="ListParagraph"/>
        <w:numPr>
          <w:ilvl w:val="0"/>
          <w:numId w:val="29"/>
        </w:numPr>
        <w:spacing w:line="240" w:lineRule="auto"/>
        <w:rPr>
          <w:rFonts w:ascii="Cambria" w:hAnsi="Cambria"/>
          <w:bCs/>
          <w:sz w:val="24"/>
          <w:szCs w:val="24"/>
        </w:rPr>
      </w:pPr>
      <w:r w:rsidRPr="004A6D14">
        <w:rPr>
          <w:rFonts w:ascii="Cambria" w:hAnsi="Cambria"/>
          <w:bCs/>
          <w:sz w:val="24"/>
          <w:szCs w:val="24"/>
        </w:rPr>
        <w:t>Ensure that orders are correct and match customers’ requests in the manifest paper</w:t>
      </w:r>
    </w:p>
    <w:p w14:paraId="35C84092" w14:textId="77777777" w:rsidR="007317F0" w:rsidRPr="004A6D14" w:rsidRDefault="007317F0" w:rsidP="007317F0">
      <w:pPr>
        <w:pStyle w:val="ListParagraph"/>
        <w:numPr>
          <w:ilvl w:val="0"/>
          <w:numId w:val="29"/>
        </w:numPr>
        <w:spacing w:line="240" w:lineRule="auto"/>
        <w:rPr>
          <w:rFonts w:ascii="Cambria" w:hAnsi="Cambria"/>
          <w:bCs/>
          <w:sz w:val="24"/>
          <w:szCs w:val="24"/>
        </w:rPr>
      </w:pPr>
      <w:r w:rsidRPr="004A6D14">
        <w:rPr>
          <w:rFonts w:ascii="Cambria" w:hAnsi="Cambria"/>
          <w:bCs/>
          <w:sz w:val="24"/>
          <w:szCs w:val="24"/>
        </w:rPr>
        <w:t>Monitor orders by sorting, auditing, and check for defects before staging in Easy ship area</w:t>
      </w:r>
    </w:p>
    <w:p w14:paraId="5E61F0C3" w14:textId="77777777" w:rsidR="007317F0" w:rsidRPr="004A6D14" w:rsidRDefault="007317F0" w:rsidP="007317F0">
      <w:pPr>
        <w:pStyle w:val="ListParagraph"/>
        <w:numPr>
          <w:ilvl w:val="0"/>
          <w:numId w:val="29"/>
        </w:numPr>
        <w:spacing w:line="240" w:lineRule="auto"/>
        <w:rPr>
          <w:rFonts w:ascii="Cambria" w:hAnsi="Cambria"/>
          <w:bCs/>
          <w:sz w:val="24"/>
          <w:szCs w:val="24"/>
        </w:rPr>
      </w:pPr>
      <w:r w:rsidRPr="004A6D14">
        <w:rPr>
          <w:rFonts w:ascii="Cambria" w:hAnsi="Cambria"/>
          <w:bCs/>
          <w:sz w:val="24"/>
          <w:szCs w:val="24"/>
        </w:rPr>
        <w:t>Move orders that are palletized to be staged at the dock after scanning LPN in RF scanner</w:t>
      </w:r>
    </w:p>
    <w:p w14:paraId="6E5E4CDE" w14:textId="77777777" w:rsidR="007317F0" w:rsidRPr="004A6D14" w:rsidRDefault="007317F0" w:rsidP="007317F0">
      <w:pPr>
        <w:pStyle w:val="ListParagraph"/>
        <w:numPr>
          <w:ilvl w:val="0"/>
          <w:numId w:val="29"/>
        </w:numPr>
        <w:spacing w:line="240" w:lineRule="auto"/>
        <w:rPr>
          <w:rFonts w:ascii="Cambria" w:hAnsi="Cambria"/>
          <w:bCs/>
          <w:sz w:val="24"/>
          <w:szCs w:val="24"/>
        </w:rPr>
      </w:pPr>
      <w:r w:rsidRPr="004A6D14">
        <w:rPr>
          <w:rFonts w:ascii="Cambria" w:hAnsi="Cambria"/>
          <w:bCs/>
          <w:sz w:val="24"/>
          <w:szCs w:val="24"/>
        </w:rPr>
        <w:t>Ensure that various products are palletized and moved using the Pacer</w:t>
      </w:r>
      <w:r>
        <w:rPr>
          <w:rFonts w:ascii="Cambria" w:hAnsi="Cambria"/>
          <w:bCs/>
          <w:sz w:val="24"/>
          <w:szCs w:val="24"/>
        </w:rPr>
        <w:t xml:space="preserve">, Clamp, </w:t>
      </w:r>
      <w:r w:rsidRPr="004A6D14">
        <w:rPr>
          <w:rFonts w:ascii="Cambria" w:hAnsi="Cambria"/>
          <w:bCs/>
          <w:sz w:val="24"/>
          <w:szCs w:val="24"/>
        </w:rPr>
        <w:t>and Pallet jack</w:t>
      </w:r>
    </w:p>
    <w:p w14:paraId="2DDA3A9E" w14:textId="77777777" w:rsidR="007317F0" w:rsidRDefault="007317F0" w:rsidP="00FF0BD3">
      <w:pPr>
        <w:spacing w:line="240" w:lineRule="auto"/>
        <w:contextualSpacing/>
        <w:rPr>
          <w:b/>
          <w:sz w:val="24"/>
        </w:rPr>
      </w:pPr>
    </w:p>
    <w:p w14:paraId="0F4E6484" w14:textId="4AD49321" w:rsidR="00DB21ED" w:rsidRPr="00DB21ED" w:rsidRDefault="00DB21ED" w:rsidP="00DB21ED">
      <w:pPr>
        <w:spacing w:line="240" w:lineRule="auto"/>
        <w:contextualSpacing/>
        <w:rPr>
          <w:b/>
          <w:sz w:val="24"/>
        </w:rPr>
      </w:pPr>
      <w:r w:rsidRPr="00BC1D27">
        <w:rPr>
          <w:b/>
          <w:sz w:val="24"/>
        </w:rPr>
        <w:lastRenderedPageBreak/>
        <w:t>09</w:t>
      </w:r>
      <w:r w:rsidRPr="00DB21ED">
        <w:rPr>
          <w:b/>
          <w:sz w:val="24"/>
        </w:rPr>
        <w:t>/</w:t>
      </w:r>
      <w:r w:rsidR="00CC4062">
        <w:rPr>
          <w:b/>
          <w:sz w:val="24"/>
        </w:rPr>
        <w:t>20</w:t>
      </w:r>
      <w:r w:rsidRPr="00DB21ED">
        <w:rPr>
          <w:b/>
          <w:sz w:val="24"/>
        </w:rPr>
        <w:t xml:space="preserve">25 - </w:t>
      </w:r>
      <w:r w:rsidRPr="00D62A15">
        <w:rPr>
          <w:b/>
          <w:sz w:val="24"/>
        </w:rPr>
        <w:t>11</w:t>
      </w:r>
      <w:r w:rsidRPr="00DB21ED">
        <w:rPr>
          <w:b/>
          <w:sz w:val="24"/>
        </w:rPr>
        <w:t>/</w:t>
      </w:r>
      <w:r w:rsidR="00CC4062">
        <w:rPr>
          <w:b/>
          <w:sz w:val="24"/>
        </w:rPr>
        <w:t>20</w:t>
      </w:r>
      <w:r w:rsidRPr="00DB21ED">
        <w:rPr>
          <w:b/>
          <w:sz w:val="24"/>
        </w:rPr>
        <w:t>25</w:t>
      </w:r>
      <w:r w:rsidR="00BC1D27">
        <w:rPr>
          <w:b/>
          <w:sz w:val="24"/>
        </w:rPr>
        <w:t xml:space="preserve"> </w:t>
      </w:r>
      <w:r w:rsidRPr="003B5AD8">
        <w:rPr>
          <w:b/>
          <w:sz w:val="24"/>
        </w:rPr>
        <w:t>S</w:t>
      </w:r>
      <w:r w:rsidR="002C3361">
        <w:rPr>
          <w:b/>
          <w:sz w:val="24"/>
        </w:rPr>
        <w:t xml:space="preserve">econd </w:t>
      </w:r>
      <w:r w:rsidRPr="003B5AD8">
        <w:rPr>
          <w:b/>
          <w:sz w:val="24"/>
        </w:rPr>
        <w:t>S</w:t>
      </w:r>
      <w:r w:rsidR="002C3361">
        <w:rPr>
          <w:b/>
          <w:sz w:val="24"/>
        </w:rPr>
        <w:t>treet</w:t>
      </w:r>
      <w:r w:rsidRPr="00DB21ED">
        <w:rPr>
          <w:b/>
          <w:sz w:val="24"/>
        </w:rPr>
        <w:t xml:space="preserve"> </w:t>
      </w:r>
      <w:r w:rsidRPr="003B5AD8">
        <w:rPr>
          <w:b/>
          <w:sz w:val="24"/>
        </w:rPr>
        <w:t>A</w:t>
      </w:r>
      <w:r w:rsidR="006C3456">
        <w:rPr>
          <w:b/>
          <w:sz w:val="24"/>
        </w:rPr>
        <w:t>ssociates</w:t>
      </w:r>
      <w:r w:rsidR="00D62A15">
        <w:rPr>
          <w:b/>
          <w:sz w:val="24"/>
        </w:rPr>
        <w:t xml:space="preserve">, </w:t>
      </w:r>
      <w:r w:rsidRPr="003B5AD8">
        <w:rPr>
          <w:b/>
          <w:sz w:val="24"/>
        </w:rPr>
        <w:t>LLC</w:t>
      </w:r>
      <w:r w:rsidRPr="00DB21ED">
        <w:rPr>
          <w:b/>
          <w:sz w:val="24"/>
        </w:rPr>
        <w:t xml:space="preserve"> </w:t>
      </w:r>
      <w:r w:rsidR="006C3456">
        <w:rPr>
          <w:b/>
          <w:sz w:val="24"/>
        </w:rPr>
        <w:t>(</w:t>
      </w:r>
      <w:r w:rsidRPr="00DB21ED">
        <w:rPr>
          <w:b/>
          <w:sz w:val="24"/>
        </w:rPr>
        <w:t>Contract</w:t>
      </w:r>
      <w:r w:rsidR="00CC4062">
        <w:rPr>
          <w:b/>
          <w:sz w:val="24"/>
        </w:rPr>
        <w:t>), Atlanta, GA</w:t>
      </w:r>
    </w:p>
    <w:p w14:paraId="4D72C264" w14:textId="77777777" w:rsidR="00DB21ED" w:rsidRPr="00DB21ED" w:rsidRDefault="00DB21ED" w:rsidP="00DB21ED">
      <w:pPr>
        <w:spacing w:line="240" w:lineRule="auto"/>
        <w:contextualSpacing/>
        <w:rPr>
          <w:b/>
          <w:sz w:val="24"/>
        </w:rPr>
      </w:pPr>
      <w:r w:rsidRPr="00B06A94">
        <w:rPr>
          <w:bCs/>
          <w:i/>
          <w:iCs/>
          <w:sz w:val="24"/>
        </w:rPr>
        <w:t>Supervisor</w:t>
      </w:r>
    </w:p>
    <w:p w14:paraId="5D53A744" w14:textId="1FEF8553" w:rsidR="00DB21ED" w:rsidRPr="00DB21ED" w:rsidRDefault="00F948C3" w:rsidP="00DB21ED">
      <w:pPr>
        <w:spacing w:line="240" w:lineRule="auto"/>
        <w:contextualSpacing/>
        <w:rPr>
          <w:b/>
          <w:sz w:val="24"/>
        </w:rPr>
      </w:pPr>
      <w:r>
        <w:rPr>
          <w:b/>
          <w:sz w:val="24"/>
        </w:rPr>
        <w:t>•</w:t>
      </w:r>
      <w:r w:rsidR="007A52AB">
        <w:rPr>
          <w:b/>
          <w:sz w:val="24"/>
        </w:rPr>
        <w:t xml:space="preserve"> </w:t>
      </w:r>
      <w:r w:rsidR="00DB21ED" w:rsidRPr="002E6C21">
        <w:rPr>
          <w:bCs/>
          <w:sz w:val="24"/>
        </w:rPr>
        <w:t>Engaged</w:t>
      </w:r>
      <w:r w:rsidR="00DB21ED" w:rsidRPr="00DB21ED">
        <w:rPr>
          <w:b/>
          <w:sz w:val="24"/>
        </w:rPr>
        <w:t xml:space="preserve"> </w:t>
      </w:r>
      <w:r w:rsidR="00DB21ED" w:rsidRPr="002E6C21">
        <w:rPr>
          <w:bCs/>
          <w:sz w:val="24"/>
        </w:rPr>
        <w:t>voters</w:t>
      </w:r>
      <w:r w:rsidR="00DB21ED" w:rsidRPr="00DB21ED">
        <w:rPr>
          <w:b/>
          <w:sz w:val="24"/>
        </w:rPr>
        <w:t xml:space="preserve"> </w:t>
      </w:r>
      <w:r w:rsidR="00DB21ED" w:rsidRPr="002E6C21">
        <w:rPr>
          <w:bCs/>
          <w:sz w:val="24"/>
        </w:rPr>
        <w:t>in</w:t>
      </w:r>
      <w:r w:rsidR="00DB21ED" w:rsidRPr="00DB21ED">
        <w:rPr>
          <w:b/>
          <w:sz w:val="24"/>
        </w:rPr>
        <w:t xml:space="preserve"> </w:t>
      </w:r>
      <w:r w:rsidR="00DB21ED" w:rsidRPr="002E6C21">
        <w:rPr>
          <w:bCs/>
          <w:sz w:val="24"/>
        </w:rPr>
        <w:t>election</w:t>
      </w:r>
      <w:r w:rsidR="00DB21ED" w:rsidRPr="00DB21ED">
        <w:rPr>
          <w:b/>
          <w:sz w:val="24"/>
        </w:rPr>
        <w:t xml:space="preserve"> </w:t>
      </w:r>
      <w:r w:rsidR="00DB21ED" w:rsidRPr="002E6C21">
        <w:rPr>
          <w:bCs/>
          <w:sz w:val="24"/>
        </w:rPr>
        <w:t>matters</w:t>
      </w:r>
      <w:r w:rsidR="00DB21ED" w:rsidRPr="00DB21ED">
        <w:rPr>
          <w:b/>
          <w:sz w:val="24"/>
        </w:rPr>
        <w:t xml:space="preserve"> </w:t>
      </w:r>
      <w:r w:rsidR="00DB21ED" w:rsidRPr="00D87B18">
        <w:rPr>
          <w:bCs/>
          <w:sz w:val="24"/>
        </w:rPr>
        <w:t>and</w:t>
      </w:r>
      <w:r w:rsidR="00DB21ED" w:rsidRPr="00DB21ED">
        <w:rPr>
          <w:b/>
          <w:sz w:val="24"/>
        </w:rPr>
        <w:t xml:space="preserve"> </w:t>
      </w:r>
      <w:r w:rsidR="00DB21ED" w:rsidRPr="00D87B18">
        <w:rPr>
          <w:bCs/>
          <w:sz w:val="24"/>
        </w:rPr>
        <w:t>created</w:t>
      </w:r>
      <w:r w:rsidR="00DB21ED" w:rsidRPr="00DB21ED">
        <w:rPr>
          <w:b/>
          <w:sz w:val="24"/>
        </w:rPr>
        <w:t xml:space="preserve"> </w:t>
      </w:r>
      <w:r w:rsidR="00DB21ED" w:rsidRPr="00D87B18">
        <w:rPr>
          <w:bCs/>
          <w:sz w:val="24"/>
        </w:rPr>
        <w:t>awareness</w:t>
      </w:r>
      <w:r w:rsidR="00DB21ED" w:rsidRPr="00DB21ED">
        <w:rPr>
          <w:b/>
          <w:sz w:val="24"/>
        </w:rPr>
        <w:t xml:space="preserve"> </w:t>
      </w:r>
      <w:r w:rsidR="00DB21ED" w:rsidRPr="00D87B18">
        <w:rPr>
          <w:bCs/>
          <w:sz w:val="24"/>
        </w:rPr>
        <w:t>of</w:t>
      </w:r>
      <w:r w:rsidR="00DB21ED" w:rsidRPr="00DB21ED">
        <w:rPr>
          <w:b/>
          <w:sz w:val="24"/>
        </w:rPr>
        <w:t xml:space="preserve"> </w:t>
      </w:r>
      <w:r w:rsidR="00DB21ED" w:rsidRPr="00D87B18">
        <w:rPr>
          <w:bCs/>
          <w:sz w:val="24"/>
        </w:rPr>
        <w:t>each</w:t>
      </w:r>
      <w:r w:rsidR="00DB21ED" w:rsidRPr="00DB21ED">
        <w:rPr>
          <w:b/>
          <w:sz w:val="24"/>
        </w:rPr>
        <w:t xml:space="preserve"> </w:t>
      </w:r>
      <w:r w:rsidR="00DB21ED" w:rsidRPr="00D87B18">
        <w:rPr>
          <w:bCs/>
          <w:sz w:val="24"/>
        </w:rPr>
        <w:t>candidate</w:t>
      </w:r>
      <w:r w:rsidR="00DB21ED" w:rsidRPr="00DB21ED">
        <w:rPr>
          <w:b/>
          <w:sz w:val="24"/>
        </w:rPr>
        <w:t xml:space="preserve"> </w:t>
      </w:r>
      <w:r w:rsidR="00DB21ED" w:rsidRPr="00D87B18">
        <w:rPr>
          <w:bCs/>
          <w:sz w:val="24"/>
        </w:rPr>
        <w:t>t</w:t>
      </w:r>
      <w:r w:rsidRPr="00D87B18">
        <w:rPr>
          <w:bCs/>
          <w:sz w:val="24"/>
        </w:rPr>
        <w:t>h</w:t>
      </w:r>
      <w:r w:rsidR="00DB21ED" w:rsidRPr="00D87B18">
        <w:rPr>
          <w:bCs/>
          <w:sz w:val="24"/>
        </w:rPr>
        <w:t>at</w:t>
      </w:r>
      <w:r w:rsidR="00DB21ED" w:rsidRPr="00DB21ED">
        <w:rPr>
          <w:b/>
          <w:sz w:val="24"/>
        </w:rPr>
        <w:t xml:space="preserve"> </w:t>
      </w:r>
      <w:r w:rsidR="00DB21ED" w:rsidRPr="00D87B18">
        <w:rPr>
          <w:bCs/>
          <w:sz w:val="24"/>
        </w:rPr>
        <w:t>will</w:t>
      </w:r>
      <w:r w:rsidR="00DB21ED" w:rsidRPr="00DB21ED">
        <w:rPr>
          <w:b/>
          <w:sz w:val="24"/>
        </w:rPr>
        <w:t xml:space="preserve"> </w:t>
      </w:r>
      <w:r w:rsidR="00DB21ED" w:rsidRPr="00D87B18">
        <w:rPr>
          <w:bCs/>
          <w:sz w:val="24"/>
        </w:rPr>
        <w:t>bring</w:t>
      </w:r>
      <w:r w:rsidR="00DB21ED" w:rsidRPr="00DB21ED">
        <w:rPr>
          <w:b/>
          <w:sz w:val="24"/>
        </w:rPr>
        <w:t xml:space="preserve"> </w:t>
      </w:r>
      <w:r w:rsidR="00DB21ED" w:rsidRPr="00D87B18">
        <w:rPr>
          <w:bCs/>
          <w:sz w:val="24"/>
        </w:rPr>
        <w:t>changes</w:t>
      </w:r>
      <w:r w:rsidR="00DB21ED" w:rsidRPr="00DB21ED">
        <w:rPr>
          <w:b/>
          <w:sz w:val="24"/>
        </w:rPr>
        <w:t xml:space="preserve"> </w:t>
      </w:r>
      <w:r w:rsidR="00DB21ED" w:rsidRPr="00D87B18">
        <w:rPr>
          <w:bCs/>
          <w:sz w:val="24"/>
        </w:rPr>
        <w:t>when</w:t>
      </w:r>
      <w:r w:rsidR="00DB21ED" w:rsidRPr="00DB21ED">
        <w:rPr>
          <w:b/>
          <w:sz w:val="24"/>
        </w:rPr>
        <w:t xml:space="preserve"> </w:t>
      </w:r>
      <w:r w:rsidR="00DB21ED" w:rsidRPr="00DB21ED">
        <w:rPr>
          <w:bCs/>
          <w:sz w:val="24"/>
        </w:rPr>
        <w:t>elected</w:t>
      </w:r>
      <w:r w:rsidR="00DB21ED" w:rsidRPr="00DB21ED">
        <w:rPr>
          <w:b/>
          <w:sz w:val="24"/>
        </w:rPr>
        <w:t xml:space="preserve"> </w:t>
      </w:r>
      <w:r w:rsidR="00DB21ED" w:rsidRPr="00161F4F">
        <w:rPr>
          <w:bCs/>
          <w:sz w:val="24"/>
        </w:rPr>
        <w:t>by</w:t>
      </w:r>
      <w:r w:rsidR="00DB21ED" w:rsidRPr="00DB21ED">
        <w:rPr>
          <w:b/>
          <w:sz w:val="24"/>
        </w:rPr>
        <w:t xml:space="preserve"> </w:t>
      </w:r>
      <w:r w:rsidR="00DB21ED" w:rsidRPr="00161F4F">
        <w:rPr>
          <w:bCs/>
          <w:sz w:val="24"/>
        </w:rPr>
        <w:t>going</w:t>
      </w:r>
      <w:r w:rsidR="00DB21ED" w:rsidRPr="00DB21ED">
        <w:rPr>
          <w:b/>
          <w:sz w:val="24"/>
        </w:rPr>
        <w:t xml:space="preserve"> </w:t>
      </w:r>
      <w:r w:rsidR="00DB21ED" w:rsidRPr="00FD14A2">
        <w:rPr>
          <w:bCs/>
          <w:sz w:val="24"/>
        </w:rPr>
        <w:t>door</w:t>
      </w:r>
      <w:r w:rsidR="00DB21ED" w:rsidRPr="00DB21ED">
        <w:rPr>
          <w:b/>
          <w:sz w:val="24"/>
        </w:rPr>
        <w:t xml:space="preserve"> </w:t>
      </w:r>
      <w:r w:rsidR="00DB21ED" w:rsidRPr="001C0A7F">
        <w:rPr>
          <w:bCs/>
          <w:sz w:val="24"/>
        </w:rPr>
        <w:t>to</w:t>
      </w:r>
      <w:r w:rsidR="00DB21ED" w:rsidRPr="00DB21ED">
        <w:rPr>
          <w:b/>
          <w:sz w:val="24"/>
        </w:rPr>
        <w:t xml:space="preserve"> </w:t>
      </w:r>
      <w:r w:rsidR="00DB21ED" w:rsidRPr="00FD14A2">
        <w:rPr>
          <w:bCs/>
          <w:sz w:val="24"/>
        </w:rPr>
        <w:t>door</w:t>
      </w:r>
      <w:r w:rsidR="00DB21ED" w:rsidRPr="00DB21ED">
        <w:rPr>
          <w:b/>
          <w:sz w:val="24"/>
        </w:rPr>
        <w:t xml:space="preserve">. </w:t>
      </w:r>
    </w:p>
    <w:p w14:paraId="59E440FE" w14:textId="42DA7826" w:rsidR="00EE5766" w:rsidRDefault="00EE5766" w:rsidP="00FF0BD3">
      <w:pPr>
        <w:spacing w:line="240" w:lineRule="auto"/>
        <w:contextualSpacing/>
        <w:rPr>
          <w:b/>
          <w:sz w:val="24"/>
        </w:rPr>
      </w:pPr>
      <w:r>
        <w:rPr>
          <w:b/>
          <w:sz w:val="24"/>
        </w:rPr>
        <w:t>•</w:t>
      </w:r>
      <w:r w:rsidR="007A52AB">
        <w:rPr>
          <w:b/>
          <w:sz w:val="24"/>
        </w:rPr>
        <w:t xml:space="preserve"> </w:t>
      </w:r>
      <w:r w:rsidR="00DB21ED" w:rsidRPr="001C0A7F">
        <w:rPr>
          <w:bCs/>
          <w:sz w:val="24"/>
        </w:rPr>
        <w:t>Monitored</w:t>
      </w:r>
      <w:r w:rsidR="00DB21ED" w:rsidRPr="00DB21ED">
        <w:rPr>
          <w:b/>
          <w:sz w:val="24"/>
        </w:rPr>
        <w:t xml:space="preserve"> </w:t>
      </w:r>
      <w:r w:rsidR="00DB21ED" w:rsidRPr="001C0A7F">
        <w:rPr>
          <w:bCs/>
          <w:sz w:val="24"/>
        </w:rPr>
        <w:t>the</w:t>
      </w:r>
      <w:r w:rsidR="00DB21ED" w:rsidRPr="00DB21ED">
        <w:rPr>
          <w:b/>
          <w:sz w:val="24"/>
        </w:rPr>
        <w:t xml:space="preserve"> </w:t>
      </w:r>
      <w:r w:rsidR="00DB21ED" w:rsidRPr="001C0A7F">
        <w:rPr>
          <w:bCs/>
          <w:sz w:val="24"/>
        </w:rPr>
        <w:t>canvassers'</w:t>
      </w:r>
      <w:r w:rsidR="00DB21ED" w:rsidRPr="00DB21ED">
        <w:rPr>
          <w:b/>
          <w:sz w:val="24"/>
        </w:rPr>
        <w:t xml:space="preserve"> </w:t>
      </w:r>
      <w:r w:rsidR="00DB21ED" w:rsidRPr="00FD14A2">
        <w:rPr>
          <w:bCs/>
          <w:sz w:val="24"/>
        </w:rPr>
        <w:t>activities</w:t>
      </w:r>
      <w:r w:rsidR="00DB21ED" w:rsidRPr="00DB21ED">
        <w:rPr>
          <w:b/>
          <w:sz w:val="24"/>
        </w:rPr>
        <w:t xml:space="preserve"> </w:t>
      </w:r>
      <w:r w:rsidR="00DB21ED" w:rsidRPr="00FD14A2">
        <w:rPr>
          <w:bCs/>
          <w:sz w:val="24"/>
        </w:rPr>
        <w:t>and</w:t>
      </w:r>
      <w:r w:rsidR="00DB21ED" w:rsidRPr="00DB21ED">
        <w:rPr>
          <w:b/>
          <w:sz w:val="24"/>
        </w:rPr>
        <w:t xml:space="preserve"> </w:t>
      </w:r>
      <w:r w:rsidR="00DB21ED" w:rsidRPr="001C0A7F">
        <w:rPr>
          <w:bCs/>
          <w:sz w:val="24"/>
        </w:rPr>
        <w:t>trained</w:t>
      </w:r>
      <w:r w:rsidR="00DB21ED" w:rsidRPr="00DB21ED">
        <w:rPr>
          <w:b/>
          <w:sz w:val="24"/>
        </w:rPr>
        <w:t xml:space="preserve"> </w:t>
      </w:r>
      <w:r w:rsidR="00DB21ED" w:rsidRPr="00FD14A2">
        <w:rPr>
          <w:bCs/>
          <w:sz w:val="24"/>
        </w:rPr>
        <w:t>them</w:t>
      </w:r>
      <w:r w:rsidR="00DB21ED" w:rsidRPr="00DB21ED">
        <w:rPr>
          <w:b/>
          <w:sz w:val="24"/>
        </w:rPr>
        <w:t xml:space="preserve"> </w:t>
      </w:r>
      <w:r w:rsidR="00DB21ED" w:rsidRPr="001C0A7F">
        <w:rPr>
          <w:bCs/>
          <w:sz w:val="24"/>
        </w:rPr>
        <w:t>on</w:t>
      </w:r>
      <w:r w:rsidR="00DB21ED" w:rsidRPr="00DB21ED">
        <w:rPr>
          <w:b/>
          <w:sz w:val="24"/>
        </w:rPr>
        <w:t xml:space="preserve"> </w:t>
      </w:r>
      <w:r w:rsidR="00DB21ED" w:rsidRPr="003B5AD8">
        <w:rPr>
          <w:bCs/>
          <w:sz w:val="24"/>
        </w:rPr>
        <w:t>how</w:t>
      </w:r>
      <w:r w:rsidR="00DB21ED" w:rsidRPr="00DB21ED">
        <w:rPr>
          <w:b/>
          <w:sz w:val="24"/>
        </w:rPr>
        <w:t xml:space="preserve"> </w:t>
      </w:r>
      <w:r w:rsidR="00DB21ED" w:rsidRPr="003B5AD8">
        <w:rPr>
          <w:bCs/>
          <w:sz w:val="24"/>
        </w:rPr>
        <w:t>to</w:t>
      </w:r>
      <w:r w:rsidR="00DB21ED" w:rsidRPr="00DB21ED">
        <w:rPr>
          <w:b/>
          <w:sz w:val="24"/>
        </w:rPr>
        <w:t xml:space="preserve"> </w:t>
      </w:r>
      <w:r w:rsidR="00DB21ED" w:rsidRPr="003B5AD8">
        <w:rPr>
          <w:bCs/>
          <w:sz w:val="24"/>
        </w:rPr>
        <w:t>meet</w:t>
      </w:r>
      <w:r w:rsidR="00DB21ED" w:rsidRPr="00DB21ED">
        <w:rPr>
          <w:b/>
          <w:sz w:val="24"/>
        </w:rPr>
        <w:t xml:space="preserve"> </w:t>
      </w:r>
      <w:r w:rsidR="00DB21ED" w:rsidRPr="003B5AD8">
        <w:rPr>
          <w:bCs/>
          <w:sz w:val="24"/>
        </w:rPr>
        <w:t>and</w:t>
      </w:r>
      <w:r w:rsidR="00DB21ED" w:rsidRPr="00DB21ED">
        <w:rPr>
          <w:b/>
          <w:sz w:val="24"/>
        </w:rPr>
        <w:t xml:space="preserve"> </w:t>
      </w:r>
      <w:r w:rsidR="00DB21ED" w:rsidRPr="003B5AD8">
        <w:rPr>
          <w:bCs/>
          <w:sz w:val="24"/>
        </w:rPr>
        <w:t>interact</w:t>
      </w:r>
      <w:r w:rsidR="00DB21ED" w:rsidRPr="00DB21ED">
        <w:rPr>
          <w:b/>
          <w:sz w:val="24"/>
        </w:rPr>
        <w:t xml:space="preserve"> </w:t>
      </w:r>
      <w:r w:rsidR="00DB21ED" w:rsidRPr="003B5AD8">
        <w:rPr>
          <w:bCs/>
          <w:sz w:val="24"/>
        </w:rPr>
        <w:t>with</w:t>
      </w:r>
      <w:r w:rsidR="00DB21ED" w:rsidRPr="00DB21ED">
        <w:rPr>
          <w:b/>
          <w:sz w:val="24"/>
        </w:rPr>
        <w:t xml:space="preserve"> </w:t>
      </w:r>
      <w:r w:rsidR="00DB21ED" w:rsidRPr="003B5AD8">
        <w:rPr>
          <w:bCs/>
          <w:sz w:val="24"/>
        </w:rPr>
        <w:t>voters</w:t>
      </w:r>
      <w:r w:rsidR="00DB21ED" w:rsidRPr="00DB21ED">
        <w:rPr>
          <w:b/>
          <w:sz w:val="24"/>
        </w:rPr>
        <w:t xml:space="preserve"> </w:t>
      </w:r>
      <w:r w:rsidR="00DB21ED" w:rsidRPr="003B5AD8">
        <w:rPr>
          <w:bCs/>
          <w:sz w:val="24"/>
        </w:rPr>
        <w:t>to</w:t>
      </w:r>
      <w:r w:rsidR="00DB21ED" w:rsidRPr="00DB21ED">
        <w:rPr>
          <w:b/>
          <w:sz w:val="24"/>
        </w:rPr>
        <w:t xml:space="preserve"> </w:t>
      </w:r>
      <w:r w:rsidR="00DB21ED" w:rsidRPr="003B5AD8">
        <w:rPr>
          <w:bCs/>
          <w:sz w:val="24"/>
        </w:rPr>
        <w:t>choose</w:t>
      </w:r>
      <w:r w:rsidR="00DB21ED" w:rsidRPr="00DB21ED">
        <w:rPr>
          <w:b/>
          <w:sz w:val="24"/>
        </w:rPr>
        <w:t xml:space="preserve"> </w:t>
      </w:r>
      <w:r w:rsidR="00DB21ED" w:rsidRPr="003B5AD8">
        <w:rPr>
          <w:bCs/>
          <w:sz w:val="24"/>
        </w:rPr>
        <w:t>the</w:t>
      </w:r>
      <w:r w:rsidR="00DB21ED" w:rsidRPr="00DB21ED">
        <w:rPr>
          <w:b/>
          <w:sz w:val="24"/>
        </w:rPr>
        <w:t xml:space="preserve"> </w:t>
      </w:r>
      <w:r w:rsidR="00DB21ED" w:rsidRPr="003B5AD8">
        <w:rPr>
          <w:bCs/>
          <w:sz w:val="24"/>
        </w:rPr>
        <w:t>candidates</w:t>
      </w:r>
      <w:r w:rsidR="00DB21ED" w:rsidRPr="00DB21ED">
        <w:rPr>
          <w:b/>
          <w:sz w:val="24"/>
        </w:rPr>
        <w:t xml:space="preserve"> </w:t>
      </w:r>
      <w:r w:rsidR="00DB21ED" w:rsidRPr="003B5AD8">
        <w:rPr>
          <w:bCs/>
          <w:sz w:val="24"/>
        </w:rPr>
        <w:t>based</w:t>
      </w:r>
      <w:r w:rsidR="00DB21ED" w:rsidRPr="00DB21ED">
        <w:rPr>
          <w:b/>
          <w:sz w:val="24"/>
        </w:rPr>
        <w:t xml:space="preserve"> </w:t>
      </w:r>
      <w:r w:rsidR="00DB21ED" w:rsidRPr="003B5AD8">
        <w:rPr>
          <w:bCs/>
          <w:sz w:val="24"/>
        </w:rPr>
        <w:t>on</w:t>
      </w:r>
      <w:r w:rsidR="00DB21ED" w:rsidRPr="00DB21ED">
        <w:rPr>
          <w:b/>
          <w:sz w:val="24"/>
        </w:rPr>
        <w:t xml:space="preserve"> </w:t>
      </w:r>
      <w:r w:rsidR="00DB21ED" w:rsidRPr="003B5AD8">
        <w:rPr>
          <w:bCs/>
          <w:sz w:val="24"/>
        </w:rPr>
        <w:t>the</w:t>
      </w:r>
      <w:r w:rsidR="00DB21ED" w:rsidRPr="00DB21ED">
        <w:rPr>
          <w:b/>
          <w:sz w:val="24"/>
        </w:rPr>
        <w:t xml:space="preserve"> </w:t>
      </w:r>
      <w:r w:rsidR="00DB21ED" w:rsidRPr="003B5AD8">
        <w:rPr>
          <w:bCs/>
          <w:sz w:val="24"/>
        </w:rPr>
        <w:t>changes</w:t>
      </w:r>
      <w:r w:rsidR="00DB21ED" w:rsidRPr="00DB21ED">
        <w:rPr>
          <w:b/>
          <w:sz w:val="24"/>
        </w:rPr>
        <w:t xml:space="preserve"> </w:t>
      </w:r>
      <w:r w:rsidR="00DB21ED" w:rsidRPr="003B5AD8">
        <w:rPr>
          <w:bCs/>
          <w:sz w:val="24"/>
        </w:rPr>
        <w:t>needed</w:t>
      </w:r>
      <w:r w:rsidR="00DB21ED" w:rsidRPr="00DB21ED">
        <w:rPr>
          <w:b/>
          <w:sz w:val="24"/>
        </w:rPr>
        <w:t xml:space="preserve"> </w:t>
      </w:r>
      <w:r w:rsidR="00DB21ED" w:rsidRPr="000F7B37">
        <w:rPr>
          <w:bCs/>
          <w:sz w:val="24"/>
        </w:rPr>
        <w:t>in</w:t>
      </w:r>
      <w:r w:rsidR="00DB21ED" w:rsidRPr="00DB21ED">
        <w:rPr>
          <w:b/>
          <w:sz w:val="24"/>
        </w:rPr>
        <w:t xml:space="preserve"> </w:t>
      </w:r>
      <w:r w:rsidR="00DB21ED" w:rsidRPr="00DD4390">
        <w:rPr>
          <w:bCs/>
          <w:sz w:val="24"/>
        </w:rPr>
        <w:t>the</w:t>
      </w:r>
      <w:r w:rsidR="00DB21ED" w:rsidRPr="00DB21ED">
        <w:rPr>
          <w:b/>
          <w:sz w:val="24"/>
        </w:rPr>
        <w:t xml:space="preserve"> </w:t>
      </w:r>
      <w:r w:rsidR="00DB21ED" w:rsidRPr="00DD4390">
        <w:rPr>
          <w:bCs/>
          <w:sz w:val="24"/>
        </w:rPr>
        <w:t>state</w:t>
      </w:r>
      <w:r w:rsidR="00DB21ED" w:rsidRPr="00DB21ED">
        <w:rPr>
          <w:b/>
          <w:sz w:val="24"/>
        </w:rPr>
        <w:t xml:space="preserve">. </w:t>
      </w:r>
    </w:p>
    <w:p w14:paraId="51758CE7" w14:textId="0703BF5D" w:rsidR="00F948C3" w:rsidRDefault="002E6C21" w:rsidP="00FF0BD3">
      <w:pPr>
        <w:spacing w:line="240" w:lineRule="auto"/>
        <w:contextualSpacing/>
        <w:rPr>
          <w:b/>
          <w:sz w:val="24"/>
        </w:rPr>
      </w:pPr>
      <w:r>
        <w:rPr>
          <w:b/>
          <w:sz w:val="24"/>
        </w:rPr>
        <w:t>•</w:t>
      </w:r>
      <w:r w:rsidR="006252F0">
        <w:rPr>
          <w:b/>
          <w:sz w:val="24"/>
        </w:rPr>
        <w:t xml:space="preserve"> </w:t>
      </w:r>
      <w:r w:rsidR="00DB21ED" w:rsidRPr="003B5AD8">
        <w:rPr>
          <w:bCs/>
          <w:sz w:val="24"/>
        </w:rPr>
        <w:t>Listened</w:t>
      </w:r>
      <w:r w:rsidR="007A52AB">
        <w:rPr>
          <w:b/>
          <w:sz w:val="24"/>
        </w:rPr>
        <w:t xml:space="preserve"> </w:t>
      </w:r>
      <w:r w:rsidR="007A52AB">
        <w:rPr>
          <w:bCs/>
          <w:sz w:val="24"/>
        </w:rPr>
        <w:t>to</w:t>
      </w:r>
      <w:r w:rsidR="00DB21ED" w:rsidRPr="00DB21ED">
        <w:rPr>
          <w:b/>
          <w:sz w:val="24"/>
        </w:rPr>
        <w:t xml:space="preserve"> </w:t>
      </w:r>
      <w:r w:rsidR="00DB21ED" w:rsidRPr="003B5AD8">
        <w:rPr>
          <w:bCs/>
          <w:sz w:val="24"/>
        </w:rPr>
        <w:t>voters'</w:t>
      </w:r>
      <w:r w:rsidR="00DB21ED" w:rsidRPr="00DB21ED">
        <w:rPr>
          <w:b/>
          <w:sz w:val="24"/>
        </w:rPr>
        <w:t xml:space="preserve"> </w:t>
      </w:r>
      <w:r w:rsidR="00DB21ED" w:rsidRPr="003B5AD8">
        <w:rPr>
          <w:bCs/>
          <w:sz w:val="24"/>
        </w:rPr>
        <w:t>concerns</w:t>
      </w:r>
      <w:r w:rsidR="00DB21ED" w:rsidRPr="00DB21ED">
        <w:rPr>
          <w:b/>
          <w:sz w:val="24"/>
        </w:rPr>
        <w:t xml:space="preserve"> </w:t>
      </w:r>
      <w:r w:rsidR="00DB21ED" w:rsidRPr="00DD4390">
        <w:rPr>
          <w:bCs/>
          <w:sz w:val="24"/>
        </w:rPr>
        <w:t>and</w:t>
      </w:r>
      <w:r w:rsidR="00DB21ED" w:rsidRPr="00DB21ED">
        <w:rPr>
          <w:b/>
          <w:sz w:val="24"/>
        </w:rPr>
        <w:t xml:space="preserve"> </w:t>
      </w:r>
      <w:r w:rsidR="00DB21ED" w:rsidRPr="00DD4390">
        <w:rPr>
          <w:bCs/>
          <w:sz w:val="24"/>
        </w:rPr>
        <w:t>offered</w:t>
      </w:r>
      <w:r w:rsidR="00DB21ED" w:rsidRPr="00DB21ED">
        <w:rPr>
          <w:b/>
          <w:sz w:val="24"/>
        </w:rPr>
        <w:t xml:space="preserve"> </w:t>
      </w:r>
      <w:r w:rsidR="00DB21ED" w:rsidRPr="00DD4390">
        <w:rPr>
          <w:bCs/>
          <w:sz w:val="24"/>
        </w:rPr>
        <w:t>resolution</w:t>
      </w:r>
      <w:r w:rsidR="00DB21ED" w:rsidRPr="00DB21ED">
        <w:rPr>
          <w:b/>
          <w:sz w:val="24"/>
        </w:rPr>
        <w:t xml:space="preserve"> </w:t>
      </w:r>
      <w:r w:rsidR="00DB21ED" w:rsidRPr="00DD4390">
        <w:rPr>
          <w:bCs/>
          <w:sz w:val="24"/>
        </w:rPr>
        <w:t>and</w:t>
      </w:r>
      <w:r w:rsidR="00DB21ED" w:rsidRPr="00DB21ED">
        <w:rPr>
          <w:b/>
          <w:sz w:val="24"/>
        </w:rPr>
        <w:t xml:space="preserve"> </w:t>
      </w:r>
      <w:r w:rsidR="00DB21ED" w:rsidRPr="00DD4390">
        <w:rPr>
          <w:bCs/>
          <w:sz w:val="24"/>
        </w:rPr>
        <w:t>tracked</w:t>
      </w:r>
      <w:r w:rsidR="00DB21ED" w:rsidRPr="00DB21ED">
        <w:rPr>
          <w:b/>
          <w:sz w:val="24"/>
        </w:rPr>
        <w:t xml:space="preserve"> </w:t>
      </w:r>
      <w:r w:rsidR="00DB21ED" w:rsidRPr="00DD4390">
        <w:rPr>
          <w:bCs/>
          <w:sz w:val="24"/>
        </w:rPr>
        <w:t>their</w:t>
      </w:r>
      <w:r w:rsidR="00DB21ED" w:rsidRPr="00DB21ED">
        <w:rPr>
          <w:b/>
          <w:sz w:val="24"/>
        </w:rPr>
        <w:t xml:space="preserve"> </w:t>
      </w:r>
      <w:r w:rsidR="00DB21ED" w:rsidRPr="007A52AB">
        <w:rPr>
          <w:bCs/>
          <w:sz w:val="24"/>
        </w:rPr>
        <w:t>concerns</w:t>
      </w:r>
      <w:r w:rsidR="00DB21ED" w:rsidRPr="00DB21ED">
        <w:rPr>
          <w:b/>
          <w:sz w:val="24"/>
        </w:rPr>
        <w:t>.</w:t>
      </w:r>
    </w:p>
    <w:p w14:paraId="4BD6409C" w14:textId="6208E312" w:rsidR="001D04E3" w:rsidRDefault="00A50449" w:rsidP="00FF0BD3">
      <w:pPr>
        <w:spacing w:line="240" w:lineRule="auto"/>
        <w:contextualSpacing/>
      </w:pPr>
      <w:r>
        <w:rPr>
          <w:b/>
          <w:color w:val="000000"/>
        </w:rPr>
        <w:t xml:space="preserve">08/2023 – </w:t>
      </w:r>
      <w:r w:rsidR="005660F9">
        <w:rPr>
          <w:b/>
          <w:color w:val="000000"/>
        </w:rPr>
        <w:t>05/</w:t>
      </w:r>
      <w:r w:rsidR="007317F0">
        <w:rPr>
          <w:b/>
          <w:color w:val="000000"/>
        </w:rPr>
        <w:t>2025 CEVA</w:t>
      </w:r>
      <w:r>
        <w:rPr>
          <w:b/>
          <w:color w:val="000000"/>
        </w:rPr>
        <w:t xml:space="preserve">/NEOVIA LOGISTICS – GE </w:t>
      </w:r>
      <w:proofErr w:type="spellStart"/>
      <w:r>
        <w:rPr>
          <w:b/>
          <w:color w:val="000000"/>
        </w:rPr>
        <w:t>Vernova</w:t>
      </w:r>
      <w:proofErr w:type="spellEnd"/>
      <w:r>
        <w:rPr>
          <w:b/>
          <w:color w:val="000000"/>
        </w:rPr>
        <w:t>, Atlanta, GA</w:t>
      </w:r>
    </w:p>
    <w:p w14:paraId="75798705" w14:textId="77777777" w:rsidR="001D04E3" w:rsidRDefault="00A50449" w:rsidP="00FF0BD3">
      <w:pPr>
        <w:spacing w:line="240" w:lineRule="auto"/>
        <w:contextualSpacing/>
      </w:pPr>
      <w:r>
        <w:rPr>
          <w:i/>
          <w:color w:val="000000"/>
        </w:rPr>
        <w:t>Quality Assurance Auditor – Operations</w:t>
      </w:r>
    </w:p>
    <w:p w14:paraId="523DCFAA" w14:textId="77777777" w:rsidR="001D04E3" w:rsidRDefault="00A50449" w:rsidP="00FF0BD3">
      <w:pPr>
        <w:spacing w:line="240" w:lineRule="auto"/>
        <w:contextualSpacing/>
      </w:pPr>
      <w:r>
        <w:rPr>
          <w:color w:val="000000"/>
        </w:rPr>
        <w:t>• Conduct digital audits of pick/pack/ship operations using SAP and Oracle ERP to ensure data accuracy, prevent errors, and maintain compliance with SOPs.</w:t>
      </w:r>
    </w:p>
    <w:p w14:paraId="57311D79" w14:textId="18EAE5DD" w:rsidR="00D47490" w:rsidRPr="00D47490" w:rsidRDefault="00A50449" w:rsidP="00D47490">
      <w:pPr>
        <w:spacing w:line="240" w:lineRule="auto"/>
        <w:contextualSpacing/>
        <w:rPr>
          <w:color w:val="000000"/>
        </w:rPr>
      </w:pPr>
      <w:r>
        <w:rPr>
          <w:color w:val="000000"/>
        </w:rPr>
        <w:t>• Leverage ERP reporting tools for performance analysis, throughput optimization, and defect reduction</w:t>
      </w:r>
      <w:r w:rsidR="00460424">
        <w:rPr>
          <w:color w:val="000000"/>
        </w:rPr>
        <w:t xml:space="preserve"> in collaboration with </w:t>
      </w:r>
      <w:r w:rsidR="00FC338D">
        <w:rPr>
          <w:color w:val="000000"/>
        </w:rPr>
        <w:t xml:space="preserve">Leadership to manage Business operations </w:t>
      </w:r>
      <w:r w:rsidR="00D71C7D">
        <w:rPr>
          <w:color w:val="000000"/>
        </w:rPr>
        <w:t>and Cost.</w:t>
      </w:r>
    </w:p>
    <w:p w14:paraId="611F6910" w14:textId="304BE7D8" w:rsidR="007A3EE7" w:rsidRDefault="00A50449" w:rsidP="00460424">
      <w:pPr>
        <w:spacing w:line="240" w:lineRule="auto"/>
        <w:contextualSpacing/>
        <w:rPr>
          <w:color w:val="000000"/>
        </w:rPr>
      </w:pPr>
      <w:r>
        <w:rPr>
          <w:color w:val="000000"/>
        </w:rPr>
        <w:t>• Monitor quality control processes for both domestic and international shipments to ensure compliance with digital tracking systems.</w:t>
      </w:r>
    </w:p>
    <w:p w14:paraId="0D3FC0C1" w14:textId="436459FE" w:rsidR="004E7F91" w:rsidRPr="00460424" w:rsidRDefault="004E7F91" w:rsidP="00460424">
      <w:pPr>
        <w:spacing w:line="240" w:lineRule="auto"/>
        <w:contextualSpacing/>
        <w:rPr>
          <w:color w:val="000000"/>
        </w:rPr>
      </w:pPr>
      <w:r>
        <w:rPr>
          <w:color w:val="000000"/>
        </w:rPr>
        <w:t xml:space="preserve">• Process Special Projects </w:t>
      </w:r>
      <w:r w:rsidR="00F862D5">
        <w:rPr>
          <w:color w:val="000000"/>
        </w:rPr>
        <w:t xml:space="preserve">to </w:t>
      </w:r>
      <w:r w:rsidR="00F33143">
        <w:rPr>
          <w:color w:val="000000"/>
        </w:rPr>
        <w:t xml:space="preserve">identify </w:t>
      </w:r>
      <w:r w:rsidR="008116A8">
        <w:rPr>
          <w:color w:val="000000"/>
        </w:rPr>
        <w:t xml:space="preserve">issues and </w:t>
      </w:r>
      <w:r w:rsidR="00F862D5">
        <w:rPr>
          <w:color w:val="000000"/>
        </w:rPr>
        <w:t xml:space="preserve">ensure that </w:t>
      </w:r>
      <w:r w:rsidR="00D72672">
        <w:rPr>
          <w:color w:val="000000"/>
        </w:rPr>
        <w:t>they</w:t>
      </w:r>
      <w:r w:rsidR="00F862D5">
        <w:rPr>
          <w:color w:val="000000"/>
        </w:rPr>
        <w:t xml:space="preserve"> are </w:t>
      </w:r>
      <w:r w:rsidR="00185CEA">
        <w:rPr>
          <w:color w:val="000000"/>
        </w:rPr>
        <w:t>resolved with Problem solving ideas.</w:t>
      </w:r>
    </w:p>
    <w:p w14:paraId="03DEF12A" w14:textId="173D3025" w:rsidR="001D04E3" w:rsidRDefault="00A50449" w:rsidP="00FF0BD3">
      <w:pPr>
        <w:spacing w:line="240" w:lineRule="auto"/>
        <w:contextualSpacing/>
      </w:pPr>
      <w:r>
        <w:rPr>
          <w:b/>
          <w:color w:val="000000"/>
        </w:rPr>
        <w:t>01/2023 – 08/</w:t>
      </w:r>
      <w:r w:rsidR="007317F0">
        <w:rPr>
          <w:b/>
          <w:color w:val="000000"/>
        </w:rPr>
        <w:t>2023 MAERSK</w:t>
      </w:r>
      <w:r>
        <w:rPr>
          <w:b/>
          <w:color w:val="000000"/>
        </w:rPr>
        <w:t xml:space="preserve"> (Contract), Atlanta, GA</w:t>
      </w:r>
    </w:p>
    <w:p w14:paraId="1AD689DD" w14:textId="77777777" w:rsidR="001D04E3" w:rsidRDefault="00A50449" w:rsidP="00FF0BD3">
      <w:pPr>
        <w:spacing w:line="240" w:lineRule="auto"/>
        <w:contextualSpacing/>
      </w:pPr>
      <w:r>
        <w:rPr>
          <w:i/>
          <w:color w:val="000000"/>
        </w:rPr>
        <w:t>Receiving Specialist</w:t>
      </w:r>
    </w:p>
    <w:p w14:paraId="3373A034" w14:textId="77777777" w:rsidR="001D04E3" w:rsidRDefault="00A50449" w:rsidP="00FF0BD3">
      <w:pPr>
        <w:spacing w:line="240" w:lineRule="auto"/>
        <w:contextualSpacing/>
      </w:pPr>
      <w:r>
        <w:rPr>
          <w:color w:val="000000"/>
        </w:rPr>
        <w:t>• Managed digital receiving and tracking of products in ERP systems for inventory accuracy.</w:t>
      </w:r>
    </w:p>
    <w:p w14:paraId="75D5B837" w14:textId="77777777" w:rsidR="001D04E3" w:rsidRDefault="00A50449" w:rsidP="00FF0BD3">
      <w:pPr>
        <w:spacing w:line="240" w:lineRule="auto"/>
        <w:contextualSpacing/>
      </w:pPr>
      <w:r>
        <w:rPr>
          <w:color w:val="000000"/>
        </w:rPr>
        <w:t>• Performed quality checks and cycle counting with automated scanning systems.</w:t>
      </w:r>
    </w:p>
    <w:p w14:paraId="23090134" w14:textId="77777777" w:rsidR="001D04E3" w:rsidRDefault="00A50449" w:rsidP="00FF0BD3">
      <w:pPr>
        <w:spacing w:line="240" w:lineRule="auto"/>
        <w:contextualSpacing/>
        <w:rPr>
          <w:color w:val="000000"/>
        </w:rPr>
      </w:pPr>
      <w:r>
        <w:rPr>
          <w:color w:val="000000"/>
        </w:rPr>
        <w:t>• Optimized palletizing and sorting processes for operational efficiency.</w:t>
      </w:r>
    </w:p>
    <w:p w14:paraId="3749DB9E" w14:textId="71696F8F" w:rsidR="00E304F1" w:rsidRDefault="00B047EB" w:rsidP="00FF0BD3">
      <w:pPr>
        <w:spacing w:line="240" w:lineRule="auto"/>
        <w:contextualSpacing/>
        <w:rPr>
          <w:b/>
          <w:bCs/>
          <w:color w:val="000000"/>
        </w:rPr>
      </w:pPr>
      <w:r>
        <w:rPr>
          <w:b/>
          <w:bCs/>
          <w:color w:val="000000"/>
        </w:rPr>
        <w:t>10/2022</w:t>
      </w:r>
      <w:r w:rsidR="00E03013">
        <w:rPr>
          <w:b/>
          <w:bCs/>
          <w:color w:val="000000"/>
        </w:rPr>
        <w:t xml:space="preserve"> –08/</w:t>
      </w:r>
      <w:r w:rsidR="00295219">
        <w:rPr>
          <w:b/>
          <w:bCs/>
          <w:color w:val="000000"/>
        </w:rPr>
        <w:t>2024 BDS Connected Solutions</w:t>
      </w:r>
      <w:r w:rsidR="001853EB">
        <w:rPr>
          <w:b/>
          <w:bCs/>
          <w:color w:val="000000"/>
        </w:rPr>
        <w:t>, LLC – BESTBUY</w:t>
      </w:r>
      <w:r w:rsidR="006E4A80">
        <w:rPr>
          <w:b/>
          <w:bCs/>
          <w:color w:val="000000"/>
        </w:rPr>
        <w:t xml:space="preserve">, </w:t>
      </w:r>
      <w:r w:rsidR="006E4A80" w:rsidRPr="006E4A80">
        <w:rPr>
          <w:b/>
          <w:bCs/>
          <w:color w:val="000000"/>
        </w:rPr>
        <w:t>Atlanta</w:t>
      </w:r>
      <w:r w:rsidR="006E4A80">
        <w:rPr>
          <w:b/>
          <w:bCs/>
          <w:color w:val="000000"/>
        </w:rPr>
        <w:t>, GA</w:t>
      </w:r>
    </w:p>
    <w:p w14:paraId="0D26F83A" w14:textId="3056E9BD" w:rsidR="009576F0" w:rsidRDefault="00FE1930" w:rsidP="009576F0">
      <w:pPr>
        <w:spacing w:line="240" w:lineRule="auto"/>
        <w:contextualSpacing/>
        <w:rPr>
          <w:i/>
          <w:iCs/>
          <w:color w:val="000000"/>
        </w:rPr>
      </w:pPr>
      <w:r>
        <w:rPr>
          <w:i/>
          <w:iCs/>
          <w:color w:val="000000"/>
        </w:rPr>
        <w:t xml:space="preserve">Amazon Alexa Product </w:t>
      </w:r>
      <w:r w:rsidR="009576F0">
        <w:rPr>
          <w:i/>
          <w:iCs/>
          <w:color w:val="000000"/>
        </w:rPr>
        <w:t>Specialist</w:t>
      </w:r>
    </w:p>
    <w:p w14:paraId="0A71B217" w14:textId="72C6A842" w:rsidR="009576F0" w:rsidRDefault="009576F0" w:rsidP="009576F0">
      <w:pPr>
        <w:spacing w:line="240" w:lineRule="auto"/>
        <w:contextualSpacing/>
        <w:rPr>
          <w:color w:val="000000"/>
        </w:rPr>
      </w:pPr>
      <w:r>
        <w:rPr>
          <w:i/>
          <w:iCs/>
          <w:color w:val="000000"/>
        </w:rPr>
        <w:t>•</w:t>
      </w:r>
      <w:r w:rsidR="006E3AD0">
        <w:rPr>
          <w:color w:val="000000"/>
        </w:rPr>
        <w:t xml:space="preserve">Display and show Customers </w:t>
      </w:r>
      <w:r w:rsidR="00B4101B">
        <w:rPr>
          <w:color w:val="000000"/>
        </w:rPr>
        <w:t>Alexa</w:t>
      </w:r>
      <w:r w:rsidR="0072086D">
        <w:rPr>
          <w:color w:val="000000"/>
        </w:rPr>
        <w:t xml:space="preserve"> built-in</w:t>
      </w:r>
      <w:r w:rsidR="00B4101B">
        <w:rPr>
          <w:color w:val="000000"/>
        </w:rPr>
        <w:t xml:space="preserve"> products</w:t>
      </w:r>
      <w:r w:rsidR="00DE0EA5">
        <w:rPr>
          <w:color w:val="000000"/>
        </w:rPr>
        <w:t xml:space="preserve"> and</w:t>
      </w:r>
      <w:r w:rsidR="006243BD">
        <w:rPr>
          <w:color w:val="000000"/>
        </w:rPr>
        <w:t xml:space="preserve"> its</w:t>
      </w:r>
      <w:r w:rsidR="00DE0EA5">
        <w:rPr>
          <w:color w:val="000000"/>
        </w:rPr>
        <w:t xml:space="preserve"> performance </w:t>
      </w:r>
    </w:p>
    <w:p w14:paraId="3425DE4A" w14:textId="13D958A1" w:rsidR="0072086D" w:rsidRDefault="0072086D" w:rsidP="009576F0">
      <w:pPr>
        <w:spacing w:line="240" w:lineRule="auto"/>
        <w:contextualSpacing/>
        <w:rPr>
          <w:color w:val="000000"/>
        </w:rPr>
      </w:pPr>
      <w:r>
        <w:rPr>
          <w:color w:val="000000"/>
        </w:rPr>
        <w:t>•</w:t>
      </w:r>
      <w:r w:rsidR="00036A6D">
        <w:rPr>
          <w:color w:val="000000"/>
        </w:rPr>
        <w:t xml:space="preserve">Demonstrate the functions of Alexa built-in </w:t>
      </w:r>
      <w:r w:rsidR="007317F0">
        <w:rPr>
          <w:color w:val="000000"/>
        </w:rPr>
        <w:t>Smart TV</w:t>
      </w:r>
      <w:r w:rsidR="00036A6D">
        <w:rPr>
          <w:color w:val="000000"/>
        </w:rPr>
        <w:t xml:space="preserve">, </w:t>
      </w:r>
      <w:r w:rsidR="00C013D9">
        <w:rPr>
          <w:color w:val="000000"/>
        </w:rPr>
        <w:t xml:space="preserve">Smart Speakers, Refrigerator, Fire Sticks, </w:t>
      </w:r>
      <w:r w:rsidR="00FD3626">
        <w:rPr>
          <w:color w:val="000000"/>
        </w:rPr>
        <w:t xml:space="preserve">Fire Tablets, Ring doorbells, and </w:t>
      </w:r>
      <w:r w:rsidR="00965681">
        <w:rPr>
          <w:color w:val="000000"/>
        </w:rPr>
        <w:t>Smart Display to Customers</w:t>
      </w:r>
    </w:p>
    <w:p w14:paraId="3FA92A5A" w14:textId="3C572816" w:rsidR="00965681" w:rsidRDefault="00965681" w:rsidP="009576F0">
      <w:pPr>
        <w:spacing w:line="240" w:lineRule="auto"/>
        <w:contextualSpacing/>
        <w:rPr>
          <w:color w:val="000000"/>
        </w:rPr>
      </w:pPr>
      <w:r>
        <w:rPr>
          <w:color w:val="000000"/>
        </w:rPr>
        <w:t xml:space="preserve">•Managed digital </w:t>
      </w:r>
      <w:r w:rsidR="000773D2">
        <w:rPr>
          <w:color w:val="000000"/>
        </w:rPr>
        <w:t xml:space="preserve">Training of BestBuy employees </w:t>
      </w:r>
      <w:r w:rsidR="000E747C">
        <w:rPr>
          <w:color w:val="000000"/>
        </w:rPr>
        <w:t>o</w:t>
      </w:r>
      <w:r w:rsidR="00A67191">
        <w:rPr>
          <w:color w:val="000000"/>
        </w:rPr>
        <w:t xml:space="preserve">n operating </w:t>
      </w:r>
      <w:r w:rsidR="000E747C">
        <w:rPr>
          <w:color w:val="000000"/>
        </w:rPr>
        <w:t xml:space="preserve">Alexa built-in </w:t>
      </w:r>
      <w:r w:rsidR="00A67191">
        <w:rPr>
          <w:color w:val="000000"/>
        </w:rPr>
        <w:t>prod</w:t>
      </w:r>
      <w:r w:rsidR="006F6786">
        <w:rPr>
          <w:color w:val="000000"/>
        </w:rPr>
        <w:t>ucts</w:t>
      </w:r>
    </w:p>
    <w:p w14:paraId="677B8AAB" w14:textId="09FC1C8F" w:rsidR="006F6786" w:rsidRPr="009576F0" w:rsidRDefault="006F6786" w:rsidP="009576F0">
      <w:pPr>
        <w:spacing w:line="240" w:lineRule="auto"/>
        <w:contextualSpacing/>
        <w:rPr>
          <w:color w:val="000000"/>
        </w:rPr>
      </w:pPr>
      <w:r>
        <w:rPr>
          <w:color w:val="000000"/>
        </w:rPr>
        <w:t>•Enhance</w:t>
      </w:r>
      <w:r w:rsidR="007317F0">
        <w:rPr>
          <w:color w:val="000000"/>
        </w:rPr>
        <w:t>d</w:t>
      </w:r>
      <w:r>
        <w:rPr>
          <w:color w:val="000000"/>
        </w:rPr>
        <w:t xml:space="preserve"> </w:t>
      </w:r>
      <w:r w:rsidR="00DA5469">
        <w:rPr>
          <w:color w:val="000000"/>
        </w:rPr>
        <w:t xml:space="preserve">the Sales of Alexa built-in Products </w:t>
      </w:r>
    </w:p>
    <w:p w14:paraId="2B7FFF09" w14:textId="214C225F" w:rsidR="001D04E3" w:rsidRDefault="00A50449" w:rsidP="00FF0BD3">
      <w:pPr>
        <w:spacing w:line="240" w:lineRule="auto"/>
        <w:contextualSpacing/>
      </w:pPr>
      <w:r>
        <w:rPr>
          <w:b/>
          <w:color w:val="000000"/>
        </w:rPr>
        <w:t>02/2022 – 10/</w:t>
      </w:r>
      <w:r w:rsidR="007317F0">
        <w:rPr>
          <w:b/>
          <w:color w:val="000000"/>
        </w:rPr>
        <w:t>2022 STRATIX</w:t>
      </w:r>
      <w:r>
        <w:rPr>
          <w:b/>
          <w:color w:val="000000"/>
        </w:rPr>
        <w:t xml:space="preserve"> Corporation (Contract), Atlanta, GA</w:t>
      </w:r>
    </w:p>
    <w:p w14:paraId="6867B942" w14:textId="4B7576E2" w:rsidR="001D04E3" w:rsidRDefault="00A50449" w:rsidP="00FF0BD3">
      <w:pPr>
        <w:spacing w:line="240" w:lineRule="auto"/>
        <w:contextualSpacing/>
      </w:pPr>
      <w:r>
        <w:rPr>
          <w:i/>
          <w:color w:val="000000"/>
        </w:rPr>
        <w:t>Quality Control Technician</w:t>
      </w:r>
      <w:r w:rsidR="00F86A9C">
        <w:rPr>
          <w:i/>
          <w:color w:val="000000"/>
        </w:rPr>
        <w:t>-</w:t>
      </w:r>
      <w:r>
        <w:rPr>
          <w:i/>
          <w:color w:val="000000"/>
        </w:rPr>
        <w:t xml:space="preserve"> </w:t>
      </w:r>
      <w:r w:rsidR="00F86A9C">
        <w:rPr>
          <w:i/>
          <w:color w:val="000000"/>
        </w:rPr>
        <w:t xml:space="preserve">IT </w:t>
      </w:r>
      <w:r>
        <w:rPr>
          <w:i/>
          <w:color w:val="000000"/>
        </w:rPr>
        <w:t>– Mobile Integrated Center - RMA</w:t>
      </w:r>
    </w:p>
    <w:p w14:paraId="6E3B13A2" w14:textId="77777777" w:rsidR="001D04E3" w:rsidRDefault="00A50449" w:rsidP="00FF0BD3">
      <w:pPr>
        <w:spacing w:line="240" w:lineRule="auto"/>
        <w:contextualSpacing/>
      </w:pPr>
      <w:r>
        <w:rPr>
          <w:color w:val="000000"/>
        </w:rPr>
        <w:t>• Configured and inspected mobile devices for enterprise, airline, and retail clients to meet IT configuration requirements.</w:t>
      </w:r>
    </w:p>
    <w:p w14:paraId="6B6D14F3" w14:textId="77777777" w:rsidR="001D04E3" w:rsidRDefault="00A50449" w:rsidP="00FF0BD3">
      <w:pPr>
        <w:spacing w:line="240" w:lineRule="auto"/>
        <w:contextualSpacing/>
      </w:pPr>
      <w:r>
        <w:rPr>
          <w:color w:val="000000"/>
        </w:rPr>
        <w:t>• Performed manual and automated quality testing to ensure compliance with customer specifications.</w:t>
      </w:r>
    </w:p>
    <w:p w14:paraId="52C9AC15" w14:textId="77777777" w:rsidR="001D04E3" w:rsidRDefault="00A50449" w:rsidP="00FF0BD3">
      <w:pPr>
        <w:spacing w:line="240" w:lineRule="auto"/>
        <w:contextualSpacing/>
      </w:pPr>
      <w:r>
        <w:rPr>
          <w:color w:val="000000"/>
        </w:rPr>
        <w:t>• Managed digital asset tagging and device configuration through SOTI and related IT tools.</w:t>
      </w:r>
    </w:p>
    <w:p w14:paraId="1DDB7A92" w14:textId="2EBA5987" w:rsidR="001D04E3" w:rsidRDefault="00A50449" w:rsidP="00FF0BD3">
      <w:pPr>
        <w:spacing w:line="240" w:lineRule="auto"/>
        <w:contextualSpacing/>
      </w:pPr>
      <w:r>
        <w:rPr>
          <w:b/>
          <w:color w:val="000000"/>
        </w:rPr>
        <w:t>08/2020 – 04/</w:t>
      </w:r>
      <w:r w:rsidR="007317F0">
        <w:rPr>
          <w:b/>
          <w:color w:val="000000"/>
        </w:rPr>
        <w:t>2021 GLOCK</w:t>
      </w:r>
      <w:r>
        <w:rPr>
          <w:b/>
          <w:color w:val="000000"/>
        </w:rPr>
        <w:t>, INC (Contract), Atlanta, GA</w:t>
      </w:r>
    </w:p>
    <w:p w14:paraId="07F9FDD2" w14:textId="77777777" w:rsidR="001D04E3" w:rsidRDefault="00A50449" w:rsidP="00FF0BD3">
      <w:pPr>
        <w:spacing w:line="240" w:lineRule="auto"/>
        <w:contextualSpacing/>
      </w:pPr>
      <w:r>
        <w:rPr>
          <w:i/>
          <w:color w:val="000000"/>
        </w:rPr>
        <w:t>eCommerce/Supply Chain/Logistics and Material Specialist/Inventory Control</w:t>
      </w:r>
    </w:p>
    <w:p w14:paraId="1C8B1F68" w14:textId="77777777" w:rsidR="001D04E3" w:rsidRDefault="00A50449" w:rsidP="00FF0BD3">
      <w:pPr>
        <w:spacing w:line="240" w:lineRule="auto"/>
        <w:contextualSpacing/>
      </w:pPr>
      <w:r>
        <w:rPr>
          <w:color w:val="000000"/>
        </w:rPr>
        <w:t>• Executed daily inventory cycle counts and order pulling using ERP systems for domestic and international fulfillment.</w:t>
      </w:r>
    </w:p>
    <w:p w14:paraId="2040A283" w14:textId="77777777" w:rsidR="001D04E3" w:rsidRDefault="00A50449" w:rsidP="00FF0BD3">
      <w:pPr>
        <w:spacing w:line="240" w:lineRule="auto"/>
        <w:contextualSpacing/>
      </w:pPr>
      <w:r>
        <w:rPr>
          <w:color w:val="000000"/>
        </w:rPr>
        <w:t>• Integrated digital tracking tools to support export compliance and quality verification.</w:t>
      </w:r>
    </w:p>
    <w:p w14:paraId="6AA74B3D" w14:textId="77777777" w:rsidR="001D04E3" w:rsidRDefault="00A50449" w:rsidP="00FF0BD3">
      <w:pPr>
        <w:spacing w:line="240" w:lineRule="auto"/>
        <w:contextualSpacing/>
        <w:rPr>
          <w:color w:val="000000"/>
        </w:rPr>
      </w:pPr>
      <w:r>
        <w:rPr>
          <w:color w:val="000000"/>
        </w:rPr>
        <w:t>• Provided training in inventory management systems for new hires.</w:t>
      </w:r>
    </w:p>
    <w:p w14:paraId="0D174024" w14:textId="3A982257" w:rsidR="00FF0BD3" w:rsidRDefault="00FF0BD3" w:rsidP="00FF0BD3">
      <w:pPr>
        <w:spacing w:line="240" w:lineRule="auto"/>
        <w:contextualSpacing/>
        <w:rPr>
          <w:b/>
          <w:bCs/>
          <w:color w:val="000000"/>
        </w:rPr>
      </w:pPr>
      <w:r w:rsidRPr="00FF0BD3">
        <w:rPr>
          <w:b/>
          <w:bCs/>
          <w:color w:val="000000"/>
        </w:rPr>
        <w:t>11/2019-11/2020 Walmart eCommerce, Atlanta, GA</w:t>
      </w:r>
    </w:p>
    <w:p w14:paraId="30DF171C" w14:textId="3F481B76" w:rsidR="00A60E70" w:rsidRDefault="00FF0BD3" w:rsidP="00FC2FCE">
      <w:pPr>
        <w:spacing w:line="240" w:lineRule="auto"/>
        <w:contextualSpacing/>
        <w:rPr>
          <w:i/>
          <w:iCs/>
          <w:color w:val="000000"/>
        </w:rPr>
      </w:pPr>
      <w:r>
        <w:rPr>
          <w:i/>
          <w:iCs/>
          <w:color w:val="000000"/>
        </w:rPr>
        <w:t>Quality Control Analyst</w:t>
      </w:r>
      <w:r w:rsidR="009D1E27">
        <w:rPr>
          <w:i/>
          <w:iCs/>
          <w:color w:val="000000"/>
        </w:rPr>
        <w:t xml:space="preserve"> </w:t>
      </w:r>
    </w:p>
    <w:p w14:paraId="47F5CB83" w14:textId="0794FE48" w:rsidR="00FF0BD3" w:rsidRDefault="00BD57E5" w:rsidP="00BD57E5">
      <w:pPr>
        <w:spacing w:line="240" w:lineRule="auto"/>
        <w:contextualSpacing/>
      </w:pPr>
      <w:r>
        <w:rPr>
          <w:i/>
          <w:iCs/>
          <w:color w:val="000000"/>
        </w:rPr>
        <w:t>•</w:t>
      </w:r>
      <w:r>
        <w:rPr>
          <w:color w:val="000000"/>
        </w:rPr>
        <w:t xml:space="preserve"> </w:t>
      </w:r>
      <w:r w:rsidR="00FF0BD3">
        <w:t xml:space="preserve">Identify and inspect products for </w:t>
      </w:r>
      <w:r w:rsidR="007317F0">
        <w:t>damage</w:t>
      </w:r>
      <w:r w:rsidR="00FF0BD3">
        <w:t xml:space="preserve"> and documents in the ANT system</w:t>
      </w:r>
    </w:p>
    <w:p w14:paraId="1E897B94" w14:textId="1166E027" w:rsidR="00FF0BD3" w:rsidRDefault="00BD57E5" w:rsidP="00BD57E5">
      <w:pPr>
        <w:spacing w:line="240" w:lineRule="auto"/>
        <w:contextualSpacing/>
      </w:pPr>
      <w:r>
        <w:t xml:space="preserve">• </w:t>
      </w:r>
      <w:r w:rsidR="00FF0BD3">
        <w:t>Process and monitor the inventory and update the counts in the MC40 system</w:t>
      </w:r>
    </w:p>
    <w:p w14:paraId="151284F7" w14:textId="3614AF7B" w:rsidR="00FF0BD3" w:rsidRPr="00BD57E5" w:rsidRDefault="00BD57E5" w:rsidP="00BD57E5">
      <w:pPr>
        <w:spacing w:line="240" w:lineRule="auto"/>
        <w:contextualSpacing/>
        <w:rPr>
          <w:color w:val="000000"/>
        </w:rPr>
      </w:pPr>
      <w:r>
        <w:t xml:space="preserve">• </w:t>
      </w:r>
      <w:r w:rsidR="00FF0BD3">
        <w:t>Responsible for ensuring that products are adequate for customers in KPI</w:t>
      </w:r>
    </w:p>
    <w:p w14:paraId="5AD40022" w14:textId="4EE3DC1A" w:rsidR="00FF0BD3" w:rsidRDefault="00FF0BD3" w:rsidP="00FF0BD3">
      <w:pPr>
        <w:spacing w:line="240" w:lineRule="auto"/>
        <w:contextualSpacing/>
        <w:rPr>
          <w:b/>
          <w:bCs/>
        </w:rPr>
      </w:pPr>
      <w:r>
        <w:rPr>
          <w:b/>
          <w:bCs/>
        </w:rPr>
        <w:t>06/2016-09/2019 DHL Supply Chain, Atlanta, GA</w:t>
      </w:r>
    </w:p>
    <w:p w14:paraId="390C1603" w14:textId="6DE2246A" w:rsidR="00FF0BD3" w:rsidRDefault="00164B3E" w:rsidP="00FF0BD3">
      <w:pPr>
        <w:spacing w:line="240" w:lineRule="auto"/>
        <w:contextualSpacing/>
        <w:rPr>
          <w:i/>
          <w:iCs/>
        </w:rPr>
      </w:pPr>
      <w:r>
        <w:rPr>
          <w:i/>
          <w:iCs/>
        </w:rPr>
        <w:t>Tasker</w:t>
      </w:r>
      <w:r w:rsidR="00851158">
        <w:rPr>
          <w:i/>
          <w:iCs/>
        </w:rPr>
        <w:t xml:space="preserve">, </w:t>
      </w:r>
      <w:r w:rsidR="00FF0BD3">
        <w:rPr>
          <w:i/>
          <w:iCs/>
        </w:rPr>
        <w:t>Quality Control Analyst and Digital Analyst</w:t>
      </w:r>
    </w:p>
    <w:p w14:paraId="4F378784" w14:textId="433CFC3E" w:rsidR="00FF0BD3" w:rsidRDefault="00BD57E5" w:rsidP="00BD57E5">
      <w:pPr>
        <w:spacing w:line="240" w:lineRule="auto"/>
        <w:contextualSpacing/>
      </w:pPr>
      <w:r>
        <w:lastRenderedPageBreak/>
        <w:t>• R</w:t>
      </w:r>
      <w:r w:rsidR="00FF0BD3">
        <w:t xml:space="preserve">esponsible for Cluster, </w:t>
      </w:r>
      <w:r w:rsidR="00DD1BA3">
        <w:t>Put wall</w:t>
      </w:r>
      <w:r w:rsidR="00FF0BD3">
        <w:t>, and single unit picking of products using radio frequency, Gladiator, Scanner, and Manhattan</w:t>
      </w:r>
    </w:p>
    <w:p w14:paraId="6A4F5F07" w14:textId="294AAD6D" w:rsidR="00FF0BD3" w:rsidRDefault="00BD57E5" w:rsidP="00BD57E5">
      <w:pPr>
        <w:spacing w:line="240" w:lineRule="auto"/>
        <w:contextualSpacing/>
      </w:pPr>
      <w:r>
        <w:t xml:space="preserve">• </w:t>
      </w:r>
      <w:r w:rsidR="00FF0BD3">
        <w:t xml:space="preserve">Responsible for tasking; processing, creating, assigning LPN, restart tasks, case picking, and </w:t>
      </w:r>
      <w:r w:rsidR="006E7FB5">
        <w:t>C</w:t>
      </w:r>
      <w:r w:rsidR="00FF0BD3">
        <w:t>ycle counts</w:t>
      </w:r>
    </w:p>
    <w:p w14:paraId="369D976C" w14:textId="0E0EA9D5" w:rsidR="00FF0BD3" w:rsidRDefault="00BD57E5" w:rsidP="00BD57E5">
      <w:pPr>
        <w:spacing w:line="240" w:lineRule="auto"/>
        <w:contextualSpacing/>
      </w:pPr>
      <w:r>
        <w:t xml:space="preserve">• </w:t>
      </w:r>
      <w:r w:rsidR="00FF0BD3">
        <w:t>Responsible for monitoring hospital short wave, single shortage wave, hospital tool reports, and assigning shortage products before shipping.</w:t>
      </w:r>
    </w:p>
    <w:p w14:paraId="1C82BEC5" w14:textId="52B4E0A2" w:rsidR="009224F3" w:rsidRPr="00FF0BD3" w:rsidRDefault="00BD57E5" w:rsidP="00BD57E5">
      <w:pPr>
        <w:spacing w:line="240" w:lineRule="auto"/>
        <w:contextualSpacing/>
      </w:pPr>
      <w:r>
        <w:t xml:space="preserve">• </w:t>
      </w:r>
      <w:r w:rsidR="009224F3">
        <w:t>Monitor</w:t>
      </w:r>
      <w:r w:rsidR="00A144C4">
        <w:t>ed</w:t>
      </w:r>
      <w:r w:rsidR="00A13A39">
        <w:t xml:space="preserve"> </w:t>
      </w:r>
      <w:r w:rsidR="00D67C86">
        <w:t xml:space="preserve">employees’ </w:t>
      </w:r>
      <w:r w:rsidR="006B013D">
        <w:t xml:space="preserve">activities </w:t>
      </w:r>
      <w:r w:rsidR="00A13A39">
        <w:t>and</w:t>
      </w:r>
      <w:r w:rsidR="009224F3">
        <w:t xml:space="preserve"> assign</w:t>
      </w:r>
      <w:r w:rsidR="002603EE">
        <w:t xml:space="preserve"> </w:t>
      </w:r>
      <w:r w:rsidR="00B245CF">
        <w:t xml:space="preserve">tasks </w:t>
      </w:r>
      <w:r w:rsidR="007F10F3">
        <w:t>for</w:t>
      </w:r>
      <w:r w:rsidR="00B245CF">
        <w:t xml:space="preserve"> </w:t>
      </w:r>
      <w:r w:rsidR="007317F0">
        <w:t>processing</w:t>
      </w:r>
      <w:r w:rsidR="007F10F3">
        <w:t xml:space="preserve"> </w:t>
      </w:r>
      <w:r w:rsidR="009224F3">
        <w:t xml:space="preserve">orders for </w:t>
      </w:r>
      <w:r w:rsidR="00A144C4">
        <w:t>shipping</w:t>
      </w:r>
      <w:r w:rsidR="00570F62">
        <w:t>.</w:t>
      </w:r>
    </w:p>
    <w:sectPr w:rsidR="009224F3" w:rsidRPr="00FF0BD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3B7395"/>
    <w:multiLevelType w:val="hybridMultilevel"/>
    <w:tmpl w:val="C18C9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3B45C2"/>
    <w:multiLevelType w:val="hybridMultilevel"/>
    <w:tmpl w:val="AD042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9A474C"/>
    <w:multiLevelType w:val="hybridMultilevel"/>
    <w:tmpl w:val="FA16A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84225D"/>
    <w:multiLevelType w:val="hybridMultilevel"/>
    <w:tmpl w:val="22962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46033F"/>
    <w:multiLevelType w:val="hybridMultilevel"/>
    <w:tmpl w:val="BE741B4E"/>
    <w:lvl w:ilvl="0" w:tplc="C39839FA">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D13B82"/>
    <w:multiLevelType w:val="hybridMultilevel"/>
    <w:tmpl w:val="3D4AC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A179AA"/>
    <w:multiLevelType w:val="hybridMultilevel"/>
    <w:tmpl w:val="8D626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275B13"/>
    <w:multiLevelType w:val="hybridMultilevel"/>
    <w:tmpl w:val="4A900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4B07AE"/>
    <w:multiLevelType w:val="hybridMultilevel"/>
    <w:tmpl w:val="895E6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E8B6318"/>
    <w:multiLevelType w:val="hybridMultilevel"/>
    <w:tmpl w:val="A7EA6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001E2E"/>
    <w:multiLevelType w:val="hybridMultilevel"/>
    <w:tmpl w:val="05BA0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E83789"/>
    <w:multiLevelType w:val="hybridMultilevel"/>
    <w:tmpl w:val="87487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2E33BC"/>
    <w:multiLevelType w:val="hybridMultilevel"/>
    <w:tmpl w:val="DF1CB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46682F"/>
    <w:multiLevelType w:val="hybridMultilevel"/>
    <w:tmpl w:val="318C0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150036"/>
    <w:multiLevelType w:val="hybridMultilevel"/>
    <w:tmpl w:val="B0984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815E46"/>
    <w:multiLevelType w:val="hybridMultilevel"/>
    <w:tmpl w:val="CA048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F46F37"/>
    <w:multiLevelType w:val="hybridMultilevel"/>
    <w:tmpl w:val="A0A69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AA2BC7"/>
    <w:multiLevelType w:val="hybridMultilevel"/>
    <w:tmpl w:val="54326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A70C96"/>
    <w:multiLevelType w:val="hybridMultilevel"/>
    <w:tmpl w:val="514AD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4C569B"/>
    <w:multiLevelType w:val="hybridMultilevel"/>
    <w:tmpl w:val="C04CCC9C"/>
    <w:lvl w:ilvl="0" w:tplc="FFFFFFFF">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2126499">
    <w:abstractNumId w:val="8"/>
  </w:num>
  <w:num w:numId="2" w16cid:durableId="899092661">
    <w:abstractNumId w:val="6"/>
  </w:num>
  <w:num w:numId="3" w16cid:durableId="443119467">
    <w:abstractNumId w:val="5"/>
  </w:num>
  <w:num w:numId="4" w16cid:durableId="506602387">
    <w:abstractNumId w:val="4"/>
  </w:num>
  <w:num w:numId="5" w16cid:durableId="1498694018">
    <w:abstractNumId w:val="7"/>
  </w:num>
  <w:num w:numId="6" w16cid:durableId="2007244978">
    <w:abstractNumId w:val="3"/>
  </w:num>
  <w:num w:numId="7" w16cid:durableId="1676808181">
    <w:abstractNumId w:val="2"/>
  </w:num>
  <w:num w:numId="8" w16cid:durableId="1803304995">
    <w:abstractNumId w:val="1"/>
  </w:num>
  <w:num w:numId="9" w16cid:durableId="639459054">
    <w:abstractNumId w:val="0"/>
  </w:num>
  <w:num w:numId="10" w16cid:durableId="728772658">
    <w:abstractNumId w:val="20"/>
  </w:num>
  <w:num w:numId="11" w16cid:durableId="1467163688">
    <w:abstractNumId w:val="22"/>
  </w:num>
  <w:num w:numId="12" w16cid:durableId="807286577">
    <w:abstractNumId w:val="17"/>
  </w:num>
  <w:num w:numId="13" w16cid:durableId="957292722">
    <w:abstractNumId w:val="11"/>
  </w:num>
  <w:num w:numId="14" w16cid:durableId="632488549">
    <w:abstractNumId w:val="15"/>
  </w:num>
  <w:num w:numId="15" w16cid:durableId="19362525">
    <w:abstractNumId w:val="13"/>
  </w:num>
  <w:num w:numId="16" w16cid:durableId="1608851680">
    <w:abstractNumId w:val="27"/>
  </w:num>
  <w:num w:numId="17" w16cid:durableId="813790706">
    <w:abstractNumId w:val="14"/>
  </w:num>
  <w:num w:numId="18" w16cid:durableId="1626885399">
    <w:abstractNumId w:val="19"/>
  </w:num>
  <w:num w:numId="19" w16cid:durableId="1672024596">
    <w:abstractNumId w:val="21"/>
  </w:num>
  <w:num w:numId="20" w16cid:durableId="824398365">
    <w:abstractNumId w:val="25"/>
  </w:num>
  <w:num w:numId="21" w16cid:durableId="967204603">
    <w:abstractNumId w:val="12"/>
  </w:num>
  <w:num w:numId="22" w16cid:durableId="730809985">
    <w:abstractNumId w:val="9"/>
  </w:num>
  <w:num w:numId="23" w16cid:durableId="1145776406">
    <w:abstractNumId w:val="28"/>
  </w:num>
  <w:num w:numId="24" w16cid:durableId="113378198">
    <w:abstractNumId w:val="24"/>
  </w:num>
  <w:num w:numId="25" w16cid:durableId="1801922574">
    <w:abstractNumId w:val="26"/>
  </w:num>
  <w:num w:numId="26" w16cid:durableId="257829950">
    <w:abstractNumId w:val="10"/>
  </w:num>
  <w:num w:numId="27" w16cid:durableId="1007904735">
    <w:abstractNumId w:val="16"/>
  </w:num>
  <w:num w:numId="28" w16cid:durableId="1940679545">
    <w:abstractNumId w:val="23"/>
  </w:num>
  <w:num w:numId="29" w16cid:durableId="6962070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1"/>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5C5"/>
    <w:rsid w:val="000216C4"/>
    <w:rsid w:val="00032DCD"/>
    <w:rsid w:val="00034616"/>
    <w:rsid w:val="00036A6D"/>
    <w:rsid w:val="0004394F"/>
    <w:rsid w:val="0005703E"/>
    <w:rsid w:val="0006063C"/>
    <w:rsid w:val="000756B0"/>
    <w:rsid w:val="000773D2"/>
    <w:rsid w:val="00082573"/>
    <w:rsid w:val="00084780"/>
    <w:rsid w:val="0009004C"/>
    <w:rsid w:val="000902CE"/>
    <w:rsid w:val="000C443E"/>
    <w:rsid w:val="000E747C"/>
    <w:rsid w:val="000F7B37"/>
    <w:rsid w:val="00106CE0"/>
    <w:rsid w:val="001176F8"/>
    <w:rsid w:val="00142CBF"/>
    <w:rsid w:val="0015074B"/>
    <w:rsid w:val="00161F4F"/>
    <w:rsid w:val="00164B3E"/>
    <w:rsid w:val="00166D87"/>
    <w:rsid w:val="001853EB"/>
    <w:rsid w:val="001857D8"/>
    <w:rsid w:val="00185CEA"/>
    <w:rsid w:val="00194B4F"/>
    <w:rsid w:val="001C0A7F"/>
    <w:rsid w:val="001D04E3"/>
    <w:rsid w:val="001D363E"/>
    <w:rsid w:val="001F257E"/>
    <w:rsid w:val="001F6C08"/>
    <w:rsid w:val="002518F4"/>
    <w:rsid w:val="002603EE"/>
    <w:rsid w:val="00271E94"/>
    <w:rsid w:val="002734B2"/>
    <w:rsid w:val="00294C45"/>
    <w:rsid w:val="00295219"/>
    <w:rsid w:val="0029639D"/>
    <w:rsid w:val="002C3361"/>
    <w:rsid w:val="002E0881"/>
    <w:rsid w:val="002E6C21"/>
    <w:rsid w:val="00321E0E"/>
    <w:rsid w:val="003242AA"/>
    <w:rsid w:val="00326F90"/>
    <w:rsid w:val="00353CDB"/>
    <w:rsid w:val="00353D9F"/>
    <w:rsid w:val="00371707"/>
    <w:rsid w:val="003B5AD8"/>
    <w:rsid w:val="003B77BA"/>
    <w:rsid w:val="00425E39"/>
    <w:rsid w:val="004329F8"/>
    <w:rsid w:val="00434957"/>
    <w:rsid w:val="00460424"/>
    <w:rsid w:val="0046459E"/>
    <w:rsid w:val="00480B65"/>
    <w:rsid w:val="004813FE"/>
    <w:rsid w:val="0048740A"/>
    <w:rsid w:val="004917B3"/>
    <w:rsid w:val="004A2C84"/>
    <w:rsid w:val="004E7F91"/>
    <w:rsid w:val="004F25FA"/>
    <w:rsid w:val="004F2960"/>
    <w:rsid w:val="00512E0F"/>
    <w:rsid w:val="00527D94"/>
    <w:rsid w:val="00550B8F"/>
    <w:rsid w:val="005660F9"/>
    <w:rsid w:val="00570F62"/>
    <w:rsid w:val="005750CC"/>
    <w:rsid w:val="0058052B"/>
    <w:rsid w:val="00596EE8"/>
    <w:rsid w:val="005A505B"/>
    <w:rsid w:val="005E57EA"/>
    <w:rsid w:val="005F01BF"/>
    <w:rsid w:val="0062286F"/>
    <w:rsid w:val="006243BD"/>
    <w:rsid w:val="006252F0"/>
    <w:rsid w:val="00635082"/>
    <w:rsid w:val="0067089E"/>
    <w:rsid w:val="0069515C"/>
    <w:rsid w:val="006B013D"/>
    <w:rsid w:val="006C3456"/>
    <w:rsid w:val="006C468F"/>
    <w:rsid w:val="006D2381"/>
    <w:rsid w:val="006D6714"/>
    <w:rsid w:val="006E3AD0"/>
    <w:rsid w:val="006E4A80"/>
    <w:rsid w:val="006E7FB5"/>
    <w:rsid w:val="006E7FBD"/>
    <w:rsid w:val="006F6786"/>
    <w:rsid w:val="00701CDF"/>
    <w:rsid w:val="00705EA7"/>
    <w:rsid w:val="0072086D"/>
    <w:rsid w:val="007317F0"/>
    <w:rsid w:val="007566C4"/>
    <w:rsid w:val="00757C89"/>
    <w:rsid w:val="007A1B0A"/>
    <w:rsid w:val="007A3EE7"/>
    <w:rsid w:val="007A52AB"/>
    <w:rsid w:val="007D790B"/>
    <w:rsid w:val="007E0D64"/>
    <w:rsid w:val="007E234B"/>
    <w:rsid w:val="007F10F3"/>
    <w:rsid w:val="0080197B"/>
    <w:rsid w:val="008056B5"/>
    <w:rsid w:val="008116A8"/>
    <w:rsid w:val="00851158"/>
    <w:rsid w:val="008B41DE"/>
    <w:rsid w:val="008C2910"/>
    <w:rsid w:val="008D7183"/>
    <w:rsid w:val="009224F3"/>
    <w:rsid w:val="009576F0"/>
    <w:rsid w:val="00965681"/>
    <w:rsid w:val="0096714A"/>
    <w:rsid w:val="0098650A"/>
    <w:rsid w:val="00991DC8"/>
    <w:rsid w:val="009B3543"/>
    <w:rsid w:val="009D1E27"/>
    <w:rsid w:val="009D4314"/>
    <w:rsid w:val="009D75BB"/>
    <w:rsid w:val="009F4ED0"/>
    <w:rsid w:val="00A13A39"/>
    <w:rsid w:val="00A144C4"/>
    <w:rsid w:val="00A37236"/>
    <w:rsid w:val="00A47225"/>
    <w:rsid w:val="00A50449"/>
    <w:rsid w:val="00A60E70"/>
    <w:rsid w:val="00A67191"/>
    <w:rsid w:val="00AA1D8D"/>
    <w:rsid w:val="00AB3BB7"/>
    <w:rsid w:val="00AD6850"/>
    <w:rsid w:val="00AF2C11"/>
    <w:rsid w:val="00B047EB"/>
    <w:rsid w:val="00B06A94"/>
    <w:rsid w:val="00B17340"/>
    <w:rsid w:val="00B229B1"/>
    <w:rsid w:val="00B245CF"/>
    <w:rsid w:val="00B30F40"/>
    <w:rsid w:val="00B4101B"/>
    <w:rsid w:val="00B47730"/>
    <w:rsid w:val="00B77869"/>
    <w:rsid w:val="00B8796B"/>
    <w:rsid w:val="00BA594F"/>
    <w:rsid w:val="00BA6C56"/>
    <w:rsid w:val="00BC1D27"/>
    <w:rsid w:val="00BC45CB"/>
    <w:rsid w:val="00BC4698"/>
    <w:rsid w:val="00BD2928"/>
    <w:rsid w:val="00BD57E5"/>
    <w:rsid w:val="00BE211B"/>
    <w:rsid w:val="00BF1AAE"/>
    <w:rsid w:val="00C013D9"/>
    <w:rsid w:val="00C16BBD"/>
    <w:rsid w:val="00C4395A"/>
    <w:rsid w:val="00C616C4"/>
    <w:rsid w:val="00C70441"/>
    <w:rsid w:val="00CB0664"/>
    <w:rsid w:val="00CC4062"/>
    <w:rsid w:val="00CC5BE5"/>
    <w:rsid w:val="00D0433C"/>
    <w:rsid w:val="00D12DAE"/>
    <w:rsid w:val="00D1650A"/>
    <w:rsid w:val="00D35580"/>
    <w:rsid w:val="00D37497"/>
    <w:rsid w:val="00D47490"/>
    <w:rsid w:val="00D52403"/>
    <w:rsid w:val="00D62A15"/>
    <w:rsid w:val="00D67C86"/>
    <w:rsid w:val="00D71C7D"/>
    <w:rsid w:val="00D72672"/>
    <w:rsid w:val="00D87B18"/>
    <w:rsid w:val="00DA5469"/>
    <w:rsid w:val="00DB21ED"/>
    <w:rsid w:val="00DB584B"/>
    <w:rsid w:val="00DD1BA3"/>
    <w:rsid w:val="00DD3987"/>
    <w:rsid w:val="00DD4390"/>
    <w:rsid w:val="00DE0EA5"/>
    <w:rsid w:val="00E03013"/>
    <w:rsid w:val="00E04DE9"/>
    <w:rsid w:val="00E14E8E"/>
    <w:rsid w:val="00E304F1"/>
    <w:rsid w:val="00E56350"/>
    <w:rsid w:val="00E81830"/>
    <w:rsid w:val="00ED43B0"/>
    <w:rsid w:val="00EE5766"/>
    <w:rsid w:val="00F117D1"/>
    <w:rsid w:val="00F33143"/>
    <w:rsid w:val="00F61C0E"/>
    <w:rsid w:val="00F62E20"/>
    <w:rsid w:val="00F862D5"/>
    <w:rsid w:val="00F86A9C"/>
    <w:rsid w:val="00F948C3"/>
    <w:rsid w:val="00FC16A9"/>
    <w:rsid w:val="00FC2FCE"/>
    <w:rsid w:val="00FC338D"/>
    <w:rsid w:val="00FC693F"/>
    <w:rsid w:val="00FD14A2"/>
    <w:rsid w:val="00FD3626"/>
    <w:rsid w:val="00FE1930"/>
    <w:rsid w:val="00FE1D14"/>
    <w:rsid w:val="00FF0BD3"/>
    <w:rsid w:val="00FF4A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9DE552"/>
  <w14:defaultImageDpi w14:val="300"/>
  <w15:docId w15:val="{C0C0497A-808F-4BE1-BC1D-D0C5AB4C7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F0BD3"/>
    <w:rPr>
      <w:color w:val="0000FF" w:themeColor="hyperlink"/>
      <w:u w:val="single"/>
    </w:rPr>
  </w:style>
  <w:style w:type="character" w:styleId="UnresolvedMention">
    <w:name w:val="Unresolved Mention"/>
    <w:basedOn w:val="DefaultParagraphFont"/>
    <w:uiPriority w:val="99"/>
    <w:semiHidden/>
    <w:unhideWhenUsed/>
    <w:rsid w:val="00FF0B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tephrem@yahoo.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889</Words>
  <Characters>5069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REMI KOLA-OGUNBULE</cp:lastModifiedBy>
  <cp:revision>7</cp:revision>
  <dcterms:created xsi:type="dcterms:W3CDTF">2026-01-24T21:50:00Z</dcterms:created>
  <dcterms:modified xsi:type="dcterms:W3CDTF">2026-05-18T07:45:00Z</dcterms:modified>
  <cp:category/>
</cp:coreProperties>
</file>